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0582" w14:textId="77777777" w:rsidR="00CA474C" w:rsidRDefault="00CA474C">
      <w:pPr>
        <w:spacing w:after="480"/>
      </w:pPr>
    </w:p>
    <w:p w14:paraId="1B0E44A4" w14:textId="77777777" w:rsidR="00CA474C" w:rsidRDefault="00000000">
      <w:pPr>
        <w:jc w:val="center"/>
      </w:pPr>
      <w:r>
        <w:rPr>
          <w:noProof/>
        </w:rPr>
        <w:drawing>
          <wp:inline distT="0" distB="0" distL="0" distR="0" wp14:anchorId="27A51E62" wp14:editId="048B6508">
            <wp:extent cx="4389120" cy="2075211"/>
            <wp:effectExtent l="0" t="0" r="0" b="0"/>
            <wp:docPr id="1" name="Picture 1" descr="Donor Outreach by JMA logo" title="Donor Outreach by J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rc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07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F729" w14:textId="77777777" w:rsidR="00CA474C" w:rsidRDefault="00CA474C">
      <w:pPr>
        <w:spacing w:after="240"/>
      </w:pPr>
    </w:p>
    <w:p w14:paraId="01F5A07D" w14:textId="77777777" w:rsidR="00CA474C" w:rsidRDefault="00000000">
      <w:pPr>
        <w:pStyle w:val="Kicker"/>
        <w:jc w:val="center"/>
      </w:pPr>
      <w:r>
        <w:t>EXECUTIVE RESOURCE</w:t>
      </w:r>
    </w:p>
    <w:p w14:paraId="471A7E8D" w14:textId="77777777" w:rsidR="00CA474C" w:rsidRDefault="00000000">
      <w:pPr>
        <w:pStyle w:val="Title"/>
        <w:jc w:val="center"/>
      </w:pPr>
      <w:r>
        <w:t>Year-End Fundraising</w:t>
      </w:r>
      <w:r>
        <w:br/>
        <w:t>Planning Calendar</w:t>
      </w:r>
    </w:p>
    <w:p w14:paraId="5E75C855" w14:textId="77777777" w:rsidR="00CA474C" w:rsidRDefault="00000000">
      <w:pPr>
        <w:pStyle w:val="Subtitle"/>
        <w:jc w:val="center"/>
      </w:pPr>
      <w:r>
        <w:t>September 2026 - January 2027</w:t>
      </w:r>
    </w:p>
    <w:p w14:paraId="67933EF1" w14:textId="77777777" w:rsidR="00CA474C" w:rsidRDefault="00CA474C">
      <w:pPr>
        <w:pBdr>
          <w:bottom w:val="single" w:sz="24" w:space="1" w:color="D4A73C"/>
        </w:pBdr>
        <w:spacing w:before="40" w:after="160"/>
      </w:pPr>
    </w:p>
    <w:p w14:paraId="16E28A21" w14:textId="77777777" w:rsidR="00CA474C" w:rsidRDefault="00000000">
      <w:pPr>
        <w:spacing w:before="160" w:after="400"/>
        <w:jc w:val="center"/>
      </w:pPr>
      <w:r>
        <w:t>A relationship-centered roadmap for planning, stewardship, Giving Tuesday, year-end communications, donor appreciation, and post-campaign follow-up.</w:t>
      </w:r>
    </w:p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409A25CD" w14:textId="77777777">
        <w:trPr>
          <w:cantSplit/>
        </w:trPr>
        <w:tc>
          <w:tcPr>
            <w:tcW w:w="9360" w:type="dxa"/>
            <w:shd w:val="clear" w:color="auto" w:fill="EAF1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BD9E105" w14:textId="77777777" w:rsidR="00CA474C" w:rsidRDefault="00000000">
            <w:pPr>
              <w:pStyle w:val="Callout"/>
            </w:pPr>
            <w:r>
              <w:t xml:space="preserve">Planning principle  </w:t>
            </w:r>
            <w:r>
              <w:rPr>
                <w:b w:val="0"/>
                <w:color w:val="263543"/>
                <w:sz w:val="20"/>
              </w:rPr>
              <w:t>The strongest year-end campaigns do not begin in November. They begin with relationships built throughout the year.</w:t>
            </w:r>
          </w:p>
        </w:tc>
      </w:tr>
    </w:tbl>
    <w:p w14:paraId="74A91105" w14:textId="77777777" w:rsidR="00CA474C" w:rsidRDefault="00000000">
      <w:pPr>
        <w:jc w:val="center"/>
      </w:pPr>
      <w:r>
        <w:rPr>
          <w:b/>
          <w:color w:val="123E78"/>
        </w:rPr>
        <w:t>Prepared by Donor Outreach by JMA</w:t>
      </w:r>
    </w:p>
    <w:p w14:paraId="14FEEE12" w14:textId="77777777" w:rsidR="00CA474C" w:rsidRDefault="00000000">
      <w:pPr>
        <w:pStyle w:val="Small"/>
        <w:jc w:val="center"/>
      </w:pPr>
      <w:r>
        <w:t>Changing Conversations into Commitments  |  616-453-8711</w:t>
      </w:r>
    </w:p>
    <w:p w14:paraId="12FFE8C1" w14:textId="77777777" w:rsidR="00CA474C" w:rsidRDefault="00000000">
      <w:pPr>
        <w:pStyle w:val="Kicker"/>
        <w:pageBreakBefore/>
      </w:pPr>
      <w:r>
        <w:lastRenderedPageBreak/>
        <w:t>START HERE</w:t>
      </w:r>
    </w:p>
    <w:p w14:paraId="7E910123" w14:textId="77777777" w:rsidR="00CA474C" w:rsidRDefault="00000000">
      <w:pPr>
        <w:pStyle w:val="Heading1"/>
        <w:spacing w:before="0"/>
      </w:pPr>
      <w:r>
        <w:t>How to Use This Planning Calendar</w:t>
      </w:r>
    </w:p>
    <w:p w14:paraId="1BE5916E" w14:textId="77777777" w:rsidR="00CA474C" w:rsidRDefault="00000000">
      <w:pPr>
        <w:pStyle w:val="Small"/>
      </w:pPr>
      <w:r>
        <w:t>Use this resource during weekly fundraising and leadership meetings from September through January.</w:t>
      </w:r>
    </w:p>
    <w:p w14:paraId="5108EA39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6120"/>
      </w:tblGrid>
      <w:tr w:rsidR="00CA474C" w14:paraId="62DC2207" w14:textId="77777777">
        <w:trPr>
          <w:cantSplit/>
          <w:tblHeader/>
        </w:trPr>
        <w:tc>
          <w:tcPr>
            <w:tcW w:w="72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E6E90" w14:textId="77777777" w:rsidR="00CA474C" w:rsidRDefault="00000000">
            <w:pPr>
              <w:pStyle w:val="TableHeader"/>
            </w:pPr>
            <w:r>
              <w:t>Step</w:t>
            </w:r>
          </w:p>
        </w:tc>
        <w:tc>
          <w:tcPr>
            <w:tcW w:w="252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46CB1" w14:textId="77777777" w:rsidR="00CA474C" w:rsidRDefault="00000000">
            <w:pPr>
              <w:pStyle w:val="TableHeader"/>
            </w:pPr>
            <w:r>
              <w:t>Leadership action</w:t>
            </w:r>
          </w:p>
        </w:tc>
        <w:tc>
          <w:tcPr>
            <w:tcW w:w="612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AAF19" w14:textId="77777777" w:rsidR="00CA474C" w:rsidRDefault="00000000">
            <w:pPr>
              <w:pStyle w:val="TableHeader"/>
            </w:pPr>
            <w:r>
              <w:t>What good execution looks like</w:t>
            </w:r>
          </w:p>
        </w:tc>
      </w:tr>
      <w:tr w:rsidR="00CA474C" w14:paraId="145111AA" w14:textId="77777777">
        <w:trPr>
          <w:cantSplit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25F7A" w14:textId="77777777" w:rsidR="00CA474C" w:rsidRDefault="00000000">
            <w:pPr>
              <w:pStyle w:val="TableText"/>
            </w:pPr>
            <w:r>
              <w:rPr>
                <w:sz w:val="18"/>
              </w:rPr>
              <w:t>1</w:t>
            </w:r>
          </w:p>
        </w:tc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5AB9B" w14:textId="77777777" w:rsidR="00CA474C" w:rsidRDefault="00000000">
            <w:pPr>
              <w:pStyle w:val="TableText"/>
            </w:pPr>
            <w:r>
              <w:rPr>
                <w:sz w:val="18"/>
              </w:rPr>
              <w:t>Name one campaign owner</w:t>
            </w:r>
          </w:p>
        </w:tc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51C71" w14:textId="77777777" w:rsidR="00CA474C" w:rsidRDefault="00000000">
            <w:pPr>
              <w:pStyle w:val="TableText"/>
            </w:pPr>
            <w:r>
              <w:rPr>
                <w:sz w:val="18"/>
              </w:rPr>
              <w:t>Give one person responsibility for maintaining the calendar, collecting updates, and escalating missed deadlines.</w:t>
            </w:r>
          </w:p>
        </w:tc>
      </w:tr>
      <w:tr w:rsidR="00CA474C" w14:paraId="28B70689" w14:textId="77777777">
        <w:trPr>
          <w:cantSplit/>
        </w:trPr>
        <w:tc>
          <w:tcPr>
            <w:tcW w:w="7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F6ED8" w14:textId="77777777" w:rsidR="00CA474C" w:rsidRDefault="00000000">
            <w:pPr>
              <w:pStyle w:val="TableText"/>
            </w:pPr>
            <w:r>
              <w:rPr>
                <w:sz w:val="18"/>
              </w:rPr>
              <w:t>2</w:t>
            </w:r>
          </w:p>
        </w:tc>
        <w:tc>
          <w:tcPr>
            <w:tcW w:w="2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BFDE8" w14:textId="77777777" w:rsidR="00CA474C" w:rsidRDefault="00000000">
            <w:pPr>
              <w:pStyle w:val="TableText"/>
            </w:pPr>
            <w:r>
              <w:rPr>
                <w:sz w:val="18"/>
              </w:rPr>
              <w:t>Confirm dates and audiences</w:t>
            </w:r>
          </w:p>
        </w:tc>
        <w:tc>
          <w:tcPr>
            <w:tcW w:w="61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871EA" w14:textId="77777777" w:rsidR="00CA474C" w:rsidRDefault="00000000">
            <w:pPr>
              <w:pStyle w:val="TableText"/>
            </w:pPr>
            <w:r>
              <w:rPr>
                <w:sz w:val="18"/>
              </w:rPr>
              <w:t>Adapt the suggested cadence to your organization, donor segments, channels, and approval process.</w:t>
            </w:r>
          </w:p>
        </w:tc>
      </w:tr>
      <w:tr w:rsidR="00CA474C" w14:paraId="517E2A75" w14:textId="77777777">
        <w:trPr>
          <w:cantSplit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2783C" w14:textId="77777777" w:rsidR="00CA474C" w:rsidRDefault="00000000">
            <w:pPr>
              <w:pStyle w:val="TableText"/>
            </w:pPr>
            <w:r>
              <w:rPr>
                <w:sz w:val="18"/>
              </w:rPr>
              <w:t>3</w:t>
            </w:r>
          </w:p>
        </w:tc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B4DB1" w14:textId="77777777" w:rsidR="00CA474C" w:rsidRDefault="00000000">
            <w:pPr>
              <w:pStyle w:val="TableText"/>
            </w:pPr>
            <w:r>
              <w:rPr>
                <w:sz w:val="18"/>
              </w:rPr>
              <w:t>Assign every action</w:t>
            </w:r>
          </w:p>
        </w:tc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06C78" w14:textId="77777777" w:rsidR="00CA474C" w:rsidRDefault="00000000">
            <w:pPr>
              <w:pStyle w:val="TableText"/>
            </w:pPr>
            <w:r>
              <w:rPr>
                <w:sz w:val="18"/>
              </w:rPr>
              <w:t>Enter an owner and due date for each task. A plan without ownership is only a list of intentions.</w:t>
            </w:r>
          </w:p>
        </w:tc>
      </w:tr>
      <w:tr w:rsidR="00CA474C" w14:paraId="57C980D7" w14:textId="77777777">
        <w:trPr>
          <w:cantSplit/>
        </w:trPr>
        <w:tc>
          <w:tcPr>
            <w:tcW w:w="7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FB5E0" w14:textId="77777777" w:rsidR="00CA474C" w:rsidRDefault="00000000">
            <w:pPr>
              <w:pStyle w:val="TableText"/>
            </w:pPr>
            <w:r>
              <w:rPr>
                <w:sz w:val="18"/>
              </w:rPr>
              <w:t>4</w:t>
            </w:r>
          </w:p>
        </w:tc>
        <w:tc>
          <w:tcPr>
            <w:tcW w:w="2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13760" w14:textId="77777777" w:rsidR="00CA474C" w:rsidRDefault="00000000">
            <w:pPr>
              <w:pStyle w:val="TableText"/>
            </w:pPr>
            <w:r>
              <w:rPr>
                <w:sz w:val="18"/>
              </w:rPr>
              <w:t>Review weekly</w:t>
            </w:r>
          </w:p>
        </w:tc>
        <w:tc>
          <w:tcPr>
            <w:tcW w:w="61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65862" w14:textId="77777777" w:rsidR="00CA474C" w:rsidRDefault="00000000">
            <w:pPr>
              <w:pStyle w:val="TableText"/>
            </w:pPr>
            <w:r>
              <w:rPr>
                <w:sz w:val="18"/>
              </w:rPr>
              <w:t>Use the status columns to identify decisions, risks, delays, and donor groups needing personal outreach.</w:t>
            </w:r>
          </w:p>
        </w:tc>
      </w:tr>
      <w:tr w:rsidR="00CA474C" w14:paraId="2884B800" w14:textId="77777777">
        <w:trPr>
          <w:cantSplit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09EC1" w14:textId="77777777" w:rsidR="00CA474C" w:rsidRDefault="00000000">
            <w:pPr>
              <w:pStyle w:val="TableText"/>
            </w:pPr>
            <w:r>
              <w:rPr>
                <w:sz w:val="18"/>
              </w:rPr>
              <w:t>5</w:t>
            </w:r>
          </w:p>
        </w:tc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74C78" w14:textId="77777777" w:rsidR="00CA474C" w:rsidRDefault="00000000">
            <w:pPr>
              <w:pStyle w:val="TableText"/>
            </w:pPr>
            <w:r>
              <w:rPr>
                <w:sz w:val="18"/>
              </w:rPr>
              <w:t>Record what worked</w:t>
            </w:r>
          </w:p>
        </w:tc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D892F" w14:textId="77777777" w:rsidR="00CA474C" w:rsidRDefault="00000000">
            <w:pPr>
              <w:pStyle w:val="TableText"/>
            </w:pPr>
            <w:r>
              <w:rPr>
                <w:sz w:val="18"/>
              </w:rPr>
              <w:t>Capture results and lessons in January so next year's campaign begins with evidence, not assumptions.</w:t>
            </w:r>
          </w:p>
        </w:tc>
      </w:tr>
    </w:tbl>
    <w:p w14:paraId="0693AF5F" w14:textId="77777777" w:rsidR="00CA474C" w:rsidRDefault="00000000">
      <w:pPr>
        <w:pStyle w:val="Heading2"/>
      </w:pPr>
      <w:r>
        <w:t>Campaign Leadership Snapshot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CA474C" w14:paraId="155E561C" w14:textId="77777777">
        <w:trPr>
          <w:cantSplit/>
          <w:tblHeader/>
        </w:trPr>
        <w:tc>
          <w:tcPr>
            <w:tcW w:w="27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B7B0B" w14:textId="77777777" w:rsidR="00CA474C" w:rsidRDefault="00000000">
            <w:pPr>
              <w:pStyle w:val="TableHeader"/>
            </w:pPr>
            <w:r>
              <w:t>Decision</w:t>
            </w:r>
          </w:p>
        </w:tc>
        <w:tc>
          <w:tcPr>
            <w:tcW w:w="666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6C434B" w14:textId="77777777" w:rsidR="00CA474C" w:rsidRDefault="00000000">
            <w:pPr>
              <w:pStyle w:val="TableHeader"/>
            </w:pPr>
            <w:r>
              <w:t>Organization entry</w:t>
            </w:r>
          </w:p>
        </w:tc>
      </w:tr>
      <w:tr w:rsidR="00CA474C" w14:paraId="2BC45125" w14:textId="77777777">
        <w:trPr>
          <w:cantSplit/>
        </w:trPr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A3D0C" w14:textId="77777777" w:rsidR="00CA474C" w:rsidRDefault="00000000">
            <w:pPr>
              <w:pStyle w:val="TableText"/>
            </w:pPr>
            <w:r>
              <w:rPr>
                <w:sz w:val="18"/>
              </w:rPr>
              <w:t>Campaign goal</w:t>
            </w:r>
          </w:p>
        </w:tc>
        <w:tc>
          <w:tcPr>
            <w:tcW w:w="66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4DD23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5AFB76F7" w14:textId="77777777">
        <w:trPr>
          <w:cantSplit/>
        </w:trPr>
        <w:tc>
          <w:tcPr>
            <w:tcW w:w="2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9D295" w14:textId="77777777" w:rsidR="00CA474C" w:rsidRDefault="00000000">
            <w:pPr>
              <w:pStyle w:val="TableText"/>
            </w:pPr>
            <w:r>
              <w:rPr>
                <w:sz w:val="18"/>
              </w:rPr>
              <w:t>Campaign owner</w:t>
            </w:r>
          </w:p>
        </w:tc>
        <w:tc>
          <w:tcPr>
            <w:tcW w:w="66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0654F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0D498D5D" w14:textId="77777777">
        <w:trPr>
          <w:cantSplit/>
        </w:trPr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FD7D0" w14:textId="77777777" w:rsidR="00CA474C" w:rsidRDefault="00000000">
            <w:pPr>
              <w:pStyle w:val="TableText"/>
            </w:pPr>
            <w:r>
              <w:rPr>
                <w:sz w:val="18"/>
              </w:rPr>
              <w:t>Executive sponsor</w:t>
            </w:r>
          </w:p>
        </w:tc>
        <w:tc>
          <w:tcPr>
            <w:tcW w:w="66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750F5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76CCAB19" w14:textId="77777777">
        <w:trPr>
          <w:cantSplit/>
        </w:trPr>
        <w:tc>
          <w:tcPr>
            <w:tcW w:w="2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0F1C4" w14:textId="77777777" w:rsidR="00CA474C" w:rsidRDefault="00000000">
            <w:pPr>
              <w:pStyle w:val="TableText"/>
            </w:pPr>
            <w:r>
              <w:rPr>
                <w:sz w:val="18"/>
              </w:rPr>
              <w:t>Board liaison</w:t>
            </w:r>
          </w:p>
        </w:tc>
        <w:tc>
          <w:tcPr>
            <w:tcW w:w="66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7C2E5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79DAF50C" w14:textId="77777777">
        <w:trPr>
          <w:cantSplit/>
        </w:trPr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CCB1B" w14:textId="77777777" w:rsidR="00CA474C" w:rsidRDefault="00000000">
            <w:pPr>
              <w:pStyle w:val="TableText"/>
            </w:pPr>
            <w:r>
              <w:rPr>
                <w:sz w:val="18"/>
              </w:rPr>
              <w:t>Primary donor audiences</w:t>
            </w:r>
          </w:p>
        </w:tc>
        <w:tc>
          <w:tcPr>
            <w:tcW w:w="66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8895F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214229C8" w14:textId="77777777">
        <w:trPr>
          <w:cantSplit/>
        </w:trPr>
        <w:tc>
          <w:tcPr>
            <w:tcW w:w="2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7D102" w14:textId="77777777" w:rsidR="00CA474C" w:rsidRDefault="00000000">
            <w:pPr>
              <w:pStyle w:val="TableText"/>
            </w:pPr>
            <w:r>
              <w:rPr>
                <w:sz w:val="18"/>
              </w:rPr>
              <w:t>Core impact message</w:t>
            </w:r>
          </w:p>
        </w:tc>
        <w:tc>
          <w:tcPr>
            <w:tcW w:w="66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A191C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CA474C" w14:paraId="019BE064" w14:textId="77777777">
        <w:trPr>
          <w:cantSplit/>
        </w:trPr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992A2" w14:textId="77777777" w:rsidR="00CA474C" w:rsidRDefault="00000000">
            <w:pPr>
              <w:pStyle w:val="TableText"/>
            </w:pPr>
            <w:r>
              <w:rPr>
                <w:sz w:val="18"/>
              </w:rPr>
              <w:t>Final gift-processing date</w:t>
            </w:r>
          </w:p>
        </w:tc>
        <w:tc>
          <w:tcPr>
            <w:tcW w:w="66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B146F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050BC523" w14:textId="77777777">
        <w:trPr>
          <w:cantSplit/>
        </w:trPr>
        <w:tc>
          <w:tcPr>
            <w:tcW w:w="9360" w:type="dxa"/>
            <w:shd w:val="clear" w:color="auto" w:fill="E8F5F3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3FBFC52" w14:textId="77777777" w:rsidR="00CA474C" w:rsidRDefault="00000000">
            <w:pPr>
              <w:pStyle w:val="Callout"/>
            </w:pPr>
            <w:r>
              <w:t xml:space="preserve">2026 anchor date  </w:t>
            </w:r>
            <w:r>
              <w:rPr>
                <w:b w:val="0"/>
                <w:color w:val="263543"/>
                <w:sz w:val="20"/>
              </w:rPr>
              <w:t>Giving Tuesday is Tuesday, December 1, 2026. Build toward it as a campaign milestone, not a one-day event.</w:t>
            </w:r>
          </w:p>
        </w:tc>
      </w:tr>
    </w:tbl>
    <w:p w14:paraId="2F968B82" w14:textId="77777777" w:rsidR="00CA474C" w:rsidRDefault="00000000">
      <w:pPr>
        <w:pStyle w:val="Kicker"/>
        <w:pageBreakBefore/>
      </w:pPr>
      <w:r>
        <w:lastRenderedPageBreak/>
        <w:t>AT A GLANCE</w:t>
      </w:r>
    </w:p>
    <w:p w14:paraId="3D72D21E" w14:textId="77777777" w:rsidR="00CA474C" w:rsidRDefault="00000000">
      <w:pPr>
        <w:pStyle w:val="Heading1"/>
        <w:spacing w:before="0"/>
      </w:pPr>
      <w:r>
        <w:t>Master Campaign Milestones</w:t>
      </w:r>
    </w:p>
    <w:p w14:paraId="78F3A535" w14:textId="77777777" w:rsidR="00CA474C" w:rsidRDefault="00000000">
      <w:pPr>
        <w:pStyle w:val="Small"/>
      </w:pPr>
      <w:r>
        <w:t>Confirm these dates first, then adjust the detailed schedules that follow.</w:t>
      </w:r>
    </w:p>
    <w:p w14:paraId="3615DA11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800"/>
        <w:gridCol w:w="5860"/>
      </w:tblGrid>
      <w:tr w:rsidR="00CA474C" w14:paraId="346319E9" w14:textId="77777777">
        <w:trPr>
          <w:cantSplit/>
          <w:tblHeader/>
        </w:trPr>
        <w:tc>
          <w:tcPr>
            <w:tcW w:w="17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B82BB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18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347DA" w14:textId="77777777" w:rsidR="00CA474C" w:rsidRDefault="00000000">
            <w:pPr>
              <w:pStyle w:val="TableHeader"/>
            </w:pPr>
            <w:r>
              <w:t>Phase</w:t>
            </w:r>
          </w:p>
        </w:tc>
        <w:tc>
          <w:tcPr>
            <w:tcW w:w="586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86338" w14:textId="77777777" w:rsidR="00CA474C" w:rsidRDefault="00000000">
            <w:pPr>
              <w:pStyle w:val="TableHeader"/>
            </w:pPr>
            <w:r>
              <w:t>Primary outcome</w:t>
            </w:r>
          </w:p>
        </w:tc>
      </w:tr>
      <w:tr w:rsidR="00CA474C" w14:paraId="086668C3" w14:textId="77777777">
        <w:trPr>
          <w:cantSplit/>
        </w:trPr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5CCD2" w14:textId="77777777" w:rsidR="00CA474C" w:rsidRDefault="00000000">
            <w:pPr>
              <w:pStyle w:val="TableText"/>
            </w:pPr>
            <w:r>
              <w:rPr>
                <w:sz w:val="17"/>
              </w:rPr>
              <w:t>September 1-11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F7194" w14:textId="77777777" w:rsidR="00CA474C" w:rsidRDefault="00000000">
            <w:pPr>
              <w:pStyle w:val="TableText"/>
            </w:pPr>
            <w:r>
              <w:rPr>
                <w:sz w:val="17"/>
              </w:rPr>
              <w:t>Strategy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4F3B6" w14:textId="77777777" w:rsidR="00CA474C" w:rsidRDefault="00000000">
            <w:pPr>
              <w:pStyle w:val="TableText"/>
            </w:pPr>
            <w:r>
              <w:rPr>
                <w:sz w:val="17"/>
              </w:rPr>
              <w:t>Confirm goal, audiences, case for support, budget, channels, and owners.</w:t>
            </w:r>
          </w:p>
        </w:tc>
      </w:tr>
      <w:tr w:rsidR="00CA474C" w14:paraId="14134EE7" w14:textId="77777777">
        <w:trPr>
          <w:cantSplit/>
        </w:trPr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DAA93" w14:textId="77777777" w:rsidR="00CA474C" w:rsidRDefault="00000000">
            <w:pPr>
              <w:pStyle w:val="TableText"/>
            </w:pPr>
            <w:r>
              <w:rPr>
                <w:sz w:val="17"/>
              </w:rPr>
              <w:t>September 14-30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5A9E8" w14:textId="77777777" w:rsidR="00CA474C" w:rsidRDefault="00000000">
            <w:pPr>
              <w:pStyle w:val="TableText"/>
            </w:pPr>
            <w:r>
              <w:rPr>
                <w:sz w:val="17"/>
              </w:rPr>
              <w:t>Readiness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427AF" w14:textId="77777777" w:rsidR="00CA474C" w:rsidRDefault="00000000">
            <w:pPr>
              <w:pStyle w:val="TableText"/>
            </w:pPr>
            <w:r>
              <w:rPr>
                <w:sz w:val="17"/>
              </w:rPr>
              <w:t>Clean data, segment donors, gather stories, draft creative, and begin personal stewardship.</w:t>
            </w:r>
          </w:p>
        </w:tc>
      </w:tr>
      <w:tr w:rsidR="00CA474C" w14:paraId="669FFE6A" w14:textId="77777777">
        <w:trPr>
          <w:cantSplit/>
        </w:trPr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69DBA" w14:textId="77777777" w:rsidR="00CA474C" w:rsidRDefault="00000000">
            <w:pPr>
              <w:pStyle w:val="TableText"/>
            </w:pPr>
            <w:r>
              <w:rPr>
                <w:sz w:val="17"/>
              </w:rPr>
              <w:t>October 1-30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DD00C" w14:textId="77777777" w:rsidR="00CA474C" w:rsidRDefault="00000000">
            <w:pPr>
              <w:pStyle w:val="TableText"/>
            </w:pPr>
            <w:r>
              <w:rPr>
                <w:sz w:val="17"/>
              </w:rPr>
              <w:t>Stewardship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33048" w14:textId="77777777" w:rsidR="00CA474C" w:rsidRDefault="00000000">
            <w:pPr>
              <w:pStyle w:val="TableText"/>
            </w:pPr>
            <w:r>
              <w:rPr>
                <w:sz w:val="17"/>
              </w:rPr>
              <w:t>Thank donors, report impact, re-engage lapsed supporters, and prepare campaign assets.</w:t>
            </w:r>
          </w:p>
        </w:tc>
      </w:tr>
      <w:tr w:rsidR="00CA474C" w14:paraId="01EEED20" w14:textId="77777777">
        <w:trPr>
          <w:cantSplit/>
        </w:trPr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0148F" w14:textId="77777777" w:rsidR="00CA474C" w:rsidRDefault="00000000">
            <w:pPr>
              <w:pStyle w:val="TableText"/>
            </w:pPr>
            <w:r>
              <w:rPr>
                <w:sz w:val="17"/>
              </w:rPr>
              <w:t>November 2-13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17994" w14:textId="77777777" w:rsidR="00CA474C" w:rsidRDefault="00000000">
            <w:pPr>
              <w:pStyle w:val="TableText"/>
            </w:pPr>
            <w:r>
              <w:rPr>
                <w:sz w:val="17"/>
              </w:rPr>
              <w:t>Early momentum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B2157C" w14:textId="77777777" w:rsidR="00CA474C" w:rsidRDefault="00000000">
            <w:pPr>
              <w:pStyle w:val="TableText"/>
            </w:pPr>
            <w:r>
              <w:rPr>
                <w:sz w:val="17"/>
              </w:rPr>
              <w:t>Finalize testing, approvals, landing pages, phone lists, and board activation.</w:t>
            </w:r>
          </w:p>
        </w:tc>
      </w:tr>
      <w:tr w:rsidR="00CA474C" w14:paraId="19B0B91C" w14:textId="77777777">
        <w:trPr>
          <w:cantSplit/>
        </w:trPr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B8525" w14:textId="77777777" w:rsidR="00CA474C" w:rsidRDefault="00000000">
            <w:pPr>
              <w:pStyle w:val="TableText"/>
            </w:pPr>
            <w:r>
              <w:rPr>
                <w:sz w:val="17"/>
              </w:rPr>
              <w:t>November 16-30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FAFD7" w14:textId="77777777" w:rsidR="00CA474C" w:rsidRDefault="00000000">
            <w:pPr>
              <w:pStyle w:val="TableText"/>
            </w:pPr>
            <w:r>
              <w:rPr>
                <w:sz w:val="17"/>
              </w:rPr>
              <w:t>Countdown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99BF3" w14:textId="77777777" w:rsidR="00CA474C" w:rsidRDefault="00000000">
            <w:pPr>
              <w:pStyle w:val="TableText"/>
            </w:pPr>
            <w:r>
              <w:rPr>
                <w:sz w:val="17"/>
              </w:rPr>
              <w:t>Begin public buildup, personal outreach, reminders, and match/challenge messaging.</w:t>
            </w:r>
          </w:p>
        </w:tc>
      </w:tr>
      <w:tr w:rsidR="00CA474C" w14:paraId="07F80446" w14:textId="77777777">
        <w:trPr>
          <w:cantSplit/>
        </w:trPr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A1601" w14:textId="77777777" w:rsidR="00CA474C" w:rsidRDefault="00000000">
            <w:pPr>
              <w:pStyle w:val="TableText"/>
            </w:pPr>
            <w:r>
              <w:rPr>
                <w:sz w:val="17"/>
              </w:rPr>
              <w:t>December 1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AEBFF" w14:textId="77777777" w:rsidR="00CA474C" w:rsidRDefault="00000000">
            <w:pPr>
              <w:pStyle w:val="TableText"/>
            </w:pPr>
            <w:r>
              <w:rPr>
                <w:sz w:val="17"/>
              </w:rPr>
              <w:t>Giving Tuesday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C61FC" w14:textId="77777777" w:rsidR="00CA474C" w:rsidRDefault="00000000">
            <w:pPr>
              <w:pStyle w:val="TableText"/>
            </w:pPr>
            <w:r>
              <w:rPr>
                <w:sz w:val="17"/>
              </w:rPr>
              <w:t>Coordinate email, social, telephone outreach, gift processing, and rapid thanks.</w:t>
            </w:r>
          </w:p>
        </w:tc>
      </w:tr>
      <w:tr w:rsidR="00CA474C" w14:paraId="203A5633" w14:textId="77777777">
        <w:trPr>
          <w:cantSplit/>
        </w:trPr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8B17E" w14:textId="77777777" w:rsidR="00CA474C" w:rsidRDefault="00000000">
            <w:pPr>
              <w:pStyle w:val="TableText"/>
            </w:pPr>
            <w:r>
              <w:rPr>
                <w:sz w:val="17"/>
              </w:rPr>
              <w:t>December 2-18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E143A" w14:textId="77777777" w:rsidR="00CA474C" w:rsidRDefault="00000000">
            <w:pPr>
              <w:pStyle w:val="TableText"/>
            </w:pPr>
            <w:r>
              <w:rPr>
                <w:sz w:val="17"/>
              </w:rPr>
              <w:t>Year-end case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ACCA9" w14:textId="77777777" w:rsidR="00CA474C" w:rsidRDefault="00000000">
            <w:pPr>
              <w:pStyle w:val="TableText"/>
            </w:pPr>
            <w:r>
              <w:rPr>
                <w:sz w:val="17"/>
              </w:rPr>
              <w:t>Share progress, stories, impact, and a clear December 31 opportunity.</w:t>
            </w:r>
          </w:p>
        </w:tc>
      </w:tr>
      <w:tr w:rsidR="00CA474C" w14:paraId="43988743" w14:textId="77777777">
        <w:trPr>
          <w:cantSplit/>
        </w:trPr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99E18" w14:textId="77777777" w:rsidR="00CA474C" w:rsidRDefault="00000000">
            <w:pPr>
              <w:pStyle w:val="TableText"/>
            </w:pPr>
            <w:r>
              <w:rPr>
                <w:sz w:val="17"/>
              </w:rPr>
              <w:t>December 21-31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2E812" w14:textId="77777777" w:rsidR="00CA474C" w:rsidRDefault="00000000">
            <w:pPr>
              <w:pStyle w:val="TableText"/>
            </w:pPr>
            <w:r>
              <w:rPr>
                <w:sz w:val="17"/>
              </w:rPr>
              <w:t>Final stretch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DBD00" w14:textId="77777777" w:rsidR="00CA474C" w:rsidRDefault="00000000">
            <w:pPr>
              <w:pStyle w:val="TableText"/>
            </w:pPr>
            <w:r>
              <w:rPr>
                <w:sz w:val="17"/>
              </w:rPr>
              <w:t>Increase urgency without losing gratitude; closely monitor responses and processing.</w:t>
            </w:r>
          </w:p>
        </w:tc>
      </w:tr>
      <w:tr w:rsidR="00CA474C" w14:paraId="1A893306" w14:textId="77777777">
        <w:trPr>
          <w:cantSplit/>
        </w:trPr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9E79C" w14:textId="77777777" w:rsidR="00CA474C" w:rsidRDefault="00000000">
            <w:pPr>
              <w:pStyle w:val="TableText"/>
            </w:pPr>
            <w:r>
              <w:rPr>
                <w:sz w:val="17"/>
              </w:rPr>
              <w:t>January 4-29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73672" w14:textId="77777777" w:rsidR="00CA474C" w:rsidRDefault="00000000">
            <w:pPr>
              <w:pStyle w:val="TableText"/>
            </w:pPr>
            <w:r>
              <w:rPr>
                <w:sz w:val="17"/>
              </w:rPr>
              <w:t>Follow-up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08708" w14:textId="77777777" w:rsidR="00CA474C" w:rsidRDefault="00000000">
            <w:pPr>
              <w:pStyle w:val="TableText"/>
            </w:pPr>
            <w:r>
              <w:rPr>
                <w:sz w:val="17"/>
              </w:rPr>
              <w:t>Thank, fulfill, reconcile, report, survey, and document lessons.</w:t>
            </w:r>
          </w:p>
        </w:tc>
      </w:tr>
    </w:tbl>
    <w:p w14:paraId="1C771CFD" w14:textId="77777777" w:rsidR="00CA474C" w:rsidRDefault="00000000">
      <w:pPr>
        <w:pStyle w:val="Heading2"/>
      </w:pPr>
      <w:r>
        <w:t>Weekly Leadership Review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CA474C" w14:paraId="1EE0C4F3" w14:textId="77777777">
        <w:trPr>
          <w:cantSplit/>
          <w:tblHeader/>
        </w:trPr>
        <w:tc>
          <w:tcPr>
            <w:tcW w:w="18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FC50B" w14:textId="77777777" w:rsidR="00CA474C" w:rsidRDefault="00000000">
            <w:pPr>
              <w:pStyle w:val="TableHeader"/>
            </w:pPr>
            <w:r>
              <w:t>Lens</w:t>
            </w:r>
          </w:p>
        </w:tc>
        <w:tc>
          <w:tcPr>
            <w:tcW w:w="75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6F424" w14:textId="77777777" w:rsidR="00CA474C" w:rsidRDefault="00000000">
            <w:pPr>
              <w:pStyle w:val="TableHeader"/>
            </w:pPr>
            <w:r>
              <w:t>Question</w:t>
            </w:r>
          </w:p>
        </w:tc>
      </w:tr>
      <w:tr w:rsidR="00CA474C" w14:paraId="064CF116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056C6" w14:textId="77777777" w:rsidR="00CA474C" w:rsidRDefault="00000000">
            <w:pPr>
              <w:pStyle w:val="TableText"/>
            </w:pPr>
            <w:r>
              <w:rPr>
                <w:sz w:val="18"/>
              </w:rPr>
              <w:t>Progress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DC21F" w14:textId="77777777" w:rsidR="00CA474C" w:rsidRDefault="00000000">
            <w:pPr>
              <w:pStyle w:val="TableText"/>
            </w:pPr>
            <w:r>
              <w:rPr>
                <w:sz w:val="18"/>
              </w:rPr>
              <w:t>Are we on track against revenue, participation, retention, and response goals?</w:t>
            </w:r>
          </w:p>
        </w:tc>
      </w:tr>
      <w:tr w:rsidR="00CA474C" w14:paraId="3FD2E36A" w14:textId="77777777">
        <w:trPr>
          <w:cantSplit/>
        </w:trPr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999F4" w14:textId="77777777" w:rsidR="00CA474C" w:rsidRDefault="00000000">
            <w:pPr>
              <w:pStyle w:val="TableText"/>
            </w:pPr>
            <w:r>
              <w:rPr>
                <w:sz w:val="18"/>
              </w:rPr>
              <w:t>Relationships</w:t>
            </w:r>
          </w:p>
        </w:tc>
        <w:tc>
          <w:tcPr>
            <w:tcW w:w="7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411FC" w14:textId="77777777" w:rsidR="00CA474C" w:rsidRDefault="00000000">
            <w:pPr>
              <w:pStyle w:val="TableText"/>
            </w:pPr>
            <w:r>
              <w:rPr>
                <w:sz w:val="18"/>
              </w:rPr>
              <w:t>Which donor groups need appreciation or a personal conversation this week?</w:t>
            </w:r>
          </w:p>
        </w:tc>
      </w:tr>
      <w:tr w:rsidR="00CA474C" w14:paraId="04922B43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B1E72" w14:textId="77777777" w:rsidR="00CA474C" w:rsidRDefault="00000000">
            <w:pPr>
              <w:pStyle w:val="TableText"/>
            </w:pPr>
            <w:r>
              <w:rPr>
                <w:sz w:val="18"/>
              </w:rPr>
              <w:t>Readiness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BB316" w14:textId="77777777" w:rsidR="00CA474C" w:rsidRDefault="00000000">
            <w:pPr>
              <w:pStyle w:val="TableText"/>
            </w:pPr>
            <w:r>
              <w:rPr>
                <w:sz w:val="18"/>
              </w:rPr>
              <w:t>What content, data, technology, or approvals could delay the next communication?</w:t>
            </w:r>
          </w:p>
        </w:tc>
      </w:tr>
      <w:tr w:rsidR="00CA474C" w14:paraId="4A5AEF80" w14:textId="77777777">
        <w:trPr>
          <w:cantSplit/>
        </w:trPr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25BC3" w14:textId="77777777" w:rsidR="00CA474C" w:rsidRDefault="00000000">
            <w:pPr>
              <w:pStyle w:val="TableText"/>
            </w:pPr>
            <w:r>
              <w:rPr>
                <w:sz w:val="18"/>
              </w:rPr>
              <w:t>Coordination</w:t>
            </w:r>
          </w:p>
        </w:tc>
        <w:tc>
          <w:tcPr>
            <w:tcW w:w="7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75168" w14:textId="77777777" w:rsidR="00CA474C" w:rsidRDefault="00000000">
            <w:pPr>
              <w:pStyle w:val="TableText"/>
            </w:pPr>
            <w:r>
              <w:rPr>
                <w:sz w:val="18"/>
              </w:rPr>
              <w:t>Do staff, board members, volunteers, and outside partners know their next action?</w:t>
            </w:r>
          </w:p>
        </w:tc>
      </w:tr>
      <w:tr w:rsidR="00CA474C" w14:paraId="507BB5CD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2F0D9" w14:textId="77777777" w:rsidR="00CA474C" w:rsidRDefault="00000000">
            <w:pPr>
              <w:pStyle w:val="TableText"/>
            </w:pPr>
            <w:r>
              <w:rPr>
                <w:sz w:val="18"/>
              </w:rPr>
              <w:t>Learning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E652A" w14:textId="77777777" w:rsidR="00CA474C" w:rsidRDefault="00000000">
            <w:pPr>
              <w:pStyle w:val="TableText"/>
            </w:pPr>
            <w:r>
              <w:rPr>
                <w:sz w:val="18"/>
              </w:rPr>
              <w:t>What are donors telling us, and what should we adjust now?</w:t>
            </w:r>
          </w:p>
        </w:tc>
      </w:tr>
    </w:tbl>
    <w:p w14:paraId="34FA667F" w14:textId="77777777" w:rsidR="00CA474C" w:rsidRDefault="00000000">
      <w:pPr>
        <w:pStyle w:val="Kicker"/>
        <w:pageBreakBefore/>
      </w:pPr>
      <w:r>
        <w:lastRenderedPageBreak/>
        <w:t>SEPTEMBER PLANNING CHECKLIST</w:t>
      </w:r>
    </w:p>
    <w:p w14:paraId="053AD4A1" w14:textId="77777777" w:rsidR="00CA474C" w:rsidRDefault="00000000">
      <w:pPr>
        <w:pStyle w:val="Heading1"/>
        <w:spacing w:before="0"/>
      </w:pPr>
      <w:r>
        <w:t>Build the Foundation Before the Ask</w:t>
      </w:r>
    </w:p>
    <w:p w14:paraId="3CFBEAB2" w14:textId="77777777" w:rsidR="00CA474C" w:rsidRDefault="00000000">
      <w:pPr>
        <w:pStyle w:val="Small"/>
      </w:pPr>
      <w:r>
        <w:t>September objective: align leadership, clarify the case for support, prepare donor data, and begin reconnecting personally.</w:t>
      </w:r>
    </w:p>
    <w:p w14:paraId="27679013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180"/>
        <w:gridCol w:w="5200"/>
        <w:gridCol w:w="1180"/>
        <w:gridCol w:w="1180"/>
      </w:tblGrid>
      <w:tr w:rsidR="00CA474C" w14:paraId="6A0CFC84" w14:textId="77777777">
        <w:trPr>
          <w:cantSplit/>
          <w:tblHeader/>
        </w:trPr>
        <w:tc>
          <w:tcPr>
            <w:tcW w:w="62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0EE179" w14:textId="77777777" w:rsidR="00CA474C" w:rsidRDefault="00000000">
            <w:pPr>
              <w:pStyle w:val="TableHeader"/>
              <w:jc w:val="center"/>
            </w:pPr>
            <w:r>
              <w:t>Done</w:t>
            </w:r>
          </w:p>
        </w:tc>
        <w:tc>
          <w:tcPr>
            <w:tcW w:w="11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CBE1E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52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65299" w14:textId="77777777" w:rsidR="00CA474C" w:rsidRDefault="00000000">
            <w:pPr>
              <w:pStyle w:val="TableHeader"/>
            </w:pPr>
            <w:r>
              <w:t>Action</w:t>
            </w:r>
          </w:p>
        </w:tc>
        <w:tc>
          <w:tcPr>
            <w:tcW w:w="11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B9F48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  <w:tc>
          <w:tcPr>
            <w:tcW w:w="11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A75FA" w14:textId="77777777" w:rsidR="00CA474C" w:rsidRDefault="00000000">
            <w:pPr>
              <w:pStyle w:val="TableHeader"/>
              <w:jc w:val="center"/>
            </w:pPr>
            <w:r>
              <w:t>Due</w:t>
            </w:r>
          </w:p>
        </w:tc>
      </w:tr>
      <w:tr w:rsidR="00CA474C" w14:paraId="54FD6D01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0482C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D68E6" w14:textId="77777777" w:rsidR="00CA474C" w:rsidRDefault="00000000">
            <w:pPr>
              <w:pStyle w:val="TableText"/>
            </w:pPr>
            <w:r>
              <w:t>Sept. 1-4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DF9C5" w14:textId="77777777" w:rsidR="00CA474C" w:rsidRDefault="00000000">
            <w:pPr>
              <w:pStyle w:val="TableText"/>
            </w:pPr>
            <w:r>
              <w:t>Confirm fundraising goal, expense budget, net revenue target, and success measures.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3FFF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E805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E18A25E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BA771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358FF" w14:textId="77777777" w:rsidR="00CA474C" w:rsidRDefault="00000000">
            <w:pPr>
              <w:pStyle w:val="TableText"/>
            </w:pPr>
            <w:r>
              <w:t>Sept. 1-4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9D1EE" w14:textId="77777777" w:rsidR="00CA474C" w:rsidRDefault="00000000">
            <w:pPr>
              <w:pStyle w:val="TableText"/>
            </w:pPr>
            <w:r>
              <w:t>Appoint campaign owner and clarify staff, executive, board, and vendor responsibilities.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76025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02643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3B660E8E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9DBAB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D220F" w14:textId="77777777" w:rsidR="00CA474C" w:rsidRDefault="00000000">
            <w:pPr>
              <w:pStyle w:val="TableText"/>
            </w:pPr>
            <w:r>
              <w:t>Sept. 7-11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08BDD" w14:textId="77777777" w:rsidR="00CA474C" w:rsidRDefault="00000000">
            <w:pPr>
              <w:pStyle w:val="TableText"/>
            </w:pPr>
            <w:r>
              <w:t>Define the need, donor-facing outcome, campaign theme, and one clear call to action.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28523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A601E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CBCF5A2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92524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2C1D3" w14:textId="77777777" w:rsidR="00CA474C" w:rsidRDefault="00000000">
            <w:pPr>
              <w:pStyle w:val="TableText"/>
            </w:pPr>
            <w:r>
              <w:t>Sept. 7-11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29D22" w14:textId="77777777" w:rsidR="00CA474C" w:rsidRDefault="00000000">
            <w:pPr>
              <w:pStyle w:val="TableText"/>
            </w:pPr>
            <w:r>
              <w:t>Select donor segments: current, LYBUNT, SYBUNT, monthly, major, new, and inactive.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30754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D0386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3BAE817D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82C67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C627B" w14:textId="77777777" w:rsidR="00CA474C" w:rsidRDefault="00000000">
            <w:pPr>
              <w:pStyle w:val="TableText"/>
            </w:pPr>
            <w:r>
              <w:t>Sept. 7-11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AD436" w14:textId="77777777" w:rsidR="00CA474C" w:rsidRDefault="00000000">
            <w:pPr>
              <w:pStyle w:val="TableText"/>
            </w:pPr>
            <w:r>
              <w:t>Audit addresses, email addresses, phone numbers, consent/preferences, and suppressions.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BF90D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E54F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0885D12D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A789F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227EF" w14:textId="77777777" w:rsidR="00CA474C" w:rsidRDefault="00000000">
            <w:pPr>
              <w:pStyle w:val="TableText"/>
            </w:pPr>
            <w:r>
              <w:t>Sept. 14-18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22A9D4" w14:textId="77777777" w:rsidR="00CA474C" w:rsidRDefault="00000000">
            <w:pPr>
              <w:pStyle w:val="TableText"/>
            </w:pPr>
            <w:r>
              <w:t>Review prior-year response, average gift, channel results, retention, and timing.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A1816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AD764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1895037F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66785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E0753" w14:textId="77777777" w:rsidR="00CA474C" w:rsidRDefault="00000000">
            <w:pPr>
              <w:pStyle w:val="TableText"/>
            </w:pPr>
            <w:r>
              <w:t>Sept. 14-18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BC2DB" w14:textId="77777777" w:rsidR="00CA474C" w:rsidRDefault="00000000">
            <w:pPr>
              <w:pStyle w:val="TableText"/>
            </w:pPr>
            <w:r>
              <w:t>Identify 3-5 specific impact stories, outcomes, photos, and donor proof points.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F453E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034C4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220ED9A7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3CCC5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36CCC" w14:textId="77777777" w:rsidR="00CA474C" w:rsidRDefault="00000000">
            <w:pPr>
              <w:pStyle w:val="TableText"/>
            </w:pPr>
            <w:r>
              <w:t>Sept. 14-18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18FAC" w14:textId="77777777" w:rsidR="00CA474C" w:rsidRDefault="00000000">
            <w:pPr>
              <w:pStyle w:val="TableText"/>
            </w:pPr>
            <w:r>
              <w:t>Map direct mail, email, social, phone, text, website, and acknowledgment touchpoints.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190DB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FECD18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0B97D44C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09D88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83749" w14:textId="77777777" w:rsidR="00CA474C" w:rsidRDefault="00000000">
            <w:pPr>
              <w:pStyle w:val="TableText"/>
            </w:pPr>
            <w:r>
              <w:t>Sept. 21-25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DACEE" w14:textId="77777777" w:rsidR="00CA474C" w:rsidRDefault="00000000">
            <w:pPr>
              <w:pStyle w:val="TableText"/>
            </w:pPr>
            <w:r>
              <w:t>Create first drafts of the appeal, emails, scripts, landing page, and gift form.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0164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295C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6EE3EFB0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83083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A07AD" w14:textId="77777777" w:rsidR="00CA474C" w:rsidRDefault="00000000">
            <w:pPr>
              <w:pStyle w:val="TableText"/>
            </w:pPr>
            <w:r>
              <w:t>Sept. 21-25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55BE0" w14:textId="77777777" w:rsidR="00CA474C" w:rsidRDefault="00000000">
            <w:pPr>
              <w:pStyle w:val="TableText"/>
            </w:pPr>
            <w:r>
              <w:t>Secure match/challenge details and confirm language, limits, and deadlines.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28D05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8E13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74DDEC34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F1971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FCA1B" w14:textId="77777777" w:rsidR="00CA474C" w:rsidRDefault="00000000">
            <w:pPr>
              <w:pStyle w:val="TableText"/>
            </w:pPr>
            <w:r>
              <w:t>Sept. 21-30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967A5" w14:textId="77777777" w:rsidR="00CA474C" w:rsidRDefault="00000000">
            <w:pPr>
              <w:pStyle w:val="TableText"/>
            </w:pPr>
            <w:r>
              <w:t>Begin stewardship calls to priority donors and record interests or concerns.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9E5E8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5BB44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64478959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B7231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87979" w14:textId="77777777" w:rsidR="00CA474C" w:rsidRDefault="00000000">
            <w:pPr>
              <w:pStyle w:val="TableText"/>
            </w:pPr>
            <w:r>
              <w:t>Sept. 28-30</w:t>
            </w:r>
          </w:p>
        </w:tc>
        <w:tc>
          <w:tcPr>
            <w:tcW w:w="5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8EF39" w14:textId="77777777" w:rsidR="00CA474C" w:rsidRDefault="00000000">
            <w:pPr>
              <w:pStyle w:val="TableText"/>
            </w:pPr>
            <w:r>
              <w:t>Hold readiness review; approve October stewardship and November launch dates.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FE420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6C59B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1C50D047" w14:textId="77777777">
        <w:trPr>
          <w:cantSplit/>
        </w:trPr>
        <w:tc>
          <w:tcPr>
            <w:tcW w:w="9360" w:type="dxa"/>
            <w:shd w:val="clear" w:color="auto" w:fill="E8F5F3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76D0475" w14:textId="77777777" w:rsidR="00CA474C" w:rsidRDefault="00000000">
            <w:pPr>
              <w:pStyle w:val="Callout"/>
            </w:pPr>
            <w:r>
              <w:t xml:space="preserve">September leadership checkpoint  </w:t>
            </w:r>
            <w:r>
              <w:rPr>
                <w:b w:val="0"/>
                <w:color w:val="263543"/>
                <w:sz w:val="20"/>
              </w:rPr>
              <w:t>Can every team member explain why this campaign matters, who should hear from us, and what action we want the donor to take?</w:t>
            </w:r>
          </w:p>
        </w:tc>
      </w:tr>
    </w:tbl>
    <w:p w14:paraId="6352EA1D" w14:textId="77777777" w:rsidR="00CA474C" w:rsidRDefault="00000000">
      <w:pPr>
        <w:pStyle w:val="Kicker"/>
        <w:pageBreakBefore/>
      </w:pPr>
      <w:r>
        <w:lastRenderedPageBreak/>
        <w:t>OCTOBER STEWARDSHIP SCHEDULE</w:t>
      </w:r>
    </w:p>
    <w:p w14:paraId="7EEC4ED2" w14:textId="77777777" w:rsidR="00CA474C" w:rsidRDefault="00000000">
      <w:pPr>
        <w:pStyle w:val="Heading1"/>
        <w:spacing w:before="0"/>
      </w:pPr>
      <w:r>
        <w:t>Earn Attention Through Appreciation</w:t>
      </w:r>
    </w:p>
    <w:p w14:paraId="4A98CAE5" w14:textId="77777777" w:rsidR="00CA474C" w:rsidRDefault="00000000">
      <w:pPr>
        <w:pStyle w:val="Small"/>
      </w:pPr>
      <w:r>
        <w:t>October objective: demonstrate impact, listen to donors, and prepare the relationship before fundraising intensity increases.</w:t>
      </w:r>
    </w:p>
    <w:p w14:paraId="62AC8FBA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1800"/>
        <w:gridCol w:w="4880"/>
        <w:gridCol w:w="1180"/>
      </w:tblGrid>
      <w:tr w:rsidR="00CA474C" w14:paraId="007DCE0C" w14:textId="77777777">
        <w:trPr>
          <w:cantSplit/>
          <w:tblHeader/>
        </w:trPr>
        <w:tc>
          <w:tcPr>
            <w:tcW w:w="15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2B8ED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18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D1439" w14:textId="77777777" w:rsidR="00CA474C" w:rsidRDefault="00000000">
            <w:pPr>
              <w:pStyle w:val="TableHeader"/>
            </w:pPr>
            <w:r>
              <w:t>Touchpoint</w:t>
            </w:r>
          </w:p>
        </w:tc>
        <w:tc>
          <w:tcPr>
            <w:tcW w:w="488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D840F" w14:textId="77777777" w:rsidR="00CA474C" w:rsidRDefault="00000000">
            <w:pPr>
              <w:pStyle w:val="TableHeader"/>
            </w:pPr>
            <w:r>
              <w:t>Action / message goal</w:t>
            </w:r>
          </w:p>
        </w:tc>
        <w:tc>
          <w:tcPr>
            <w:tcW w:w="118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FF383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</w:tr>
      <w:tr w:rsidR="00CA474C" w14:paraId="7ADDA13C" w14:textId="77777777">
        <w:trPr>
          <w:cantSplit/>
        </w:trPr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653BC" w14:textId="77777777" w:rsidR="00CA474C" w:rsidRDefault="00000000">
            <w:pPr>
              <w:pStyle w:val="TableText"/>
            </w:pPr>
            <w:r>
              <w:t>Oct. 1-2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7480A" w14:textId="77777777" w:rsidR="00CA474C" w:rsidRDefault="00000000">
            <w:pPr>
              <w:pStyle w:val="TableText"/>
            </w:pPr>
            <w:r>
              <w:t>Leadership alignment</w:t>
            </w:r>
          </w:p>
        </w:tc>
        <w:tc>
          <w:tcPr>
            <w:tcW w:w="4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3667F" w14:textId="77777777" w:rsidR="00CA474C" w:rsidRDefault="00000000">
            <w:pPr>
              <w:pStyle w:val="TableText"/>
            </w:pPr>
            <w:r>
              <w:t>Confirm stewardship audiences and outreach assignments; brief staff and board ambassadors.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FFF3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2A3B363E" w14:textId="77777777">
        <w:trPr>
          <w:cantSplit/>
        </w:trPr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F81F9" w14:textId="77777777" w:rsidR="00CA474C" w:rsidRDefault="00000000">
            <w:pPr>
              <w:pStyle w:val="TableText"/>
            </w:pPr>
            <w:r>
              <w:t>Oct. 5-9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9E02E" w14:textId="77777777" w:rsidR="00CA474C" w:rsidRDefault="00000000">
            <w:pPr>
              <w:pStyle w:val="TableText"/>
            </w:pPr>
            <w:r>
              <w:t>Thank-you outreach</w:t>
            </w:r>
          </w:p>
        </w:tc>
        <w:tc>
          <w:tcPr>
            <w:tcW w:w="48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A43CB" w14:textId="77777777" w:rsidR="00CA474C" w:rsidRDefault="00000000">
            <w:pPr>
              <w:pStyle w:val="TableText"/>
            </w:pPr>
            <w:r>
              <w:t>Call recent, recurring, upgraded, major, and long-term donors with no ask.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778A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6C20E8C1" w14:textId="77777777">
        <w:trPr>
          <w:cantSplit/>
        </w:trPr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CB121" w14:textId="77777777" w:rsidR="00CA474C" w:rsidRDefault="00000000">
            <w:pPr>
              <w:pStyle w:val="TableText"/>
            </w:pPr>
            <w:r>
              <w:t>Oct. 12-16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41933" w14:textId="77777777" w:rsidR="00CA474C" w:rsidRDefault="00000000">
            <w:pPr>
              <w:pStyle w:val="TableText"/>
            </w:pPr>
            <w:r>
              <w:t>Impact update</w:t>
            </w:r>
          </w:p>
        </w:tc>
        <w:tc>
          <w:tcPr>
            <w:tcW w:w="4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7AE0A" w14:textId="77777777" w:rsidR="00CA474C" w:rsidRDefault="00000000">
            <w:pPr>
              <w:pStyle w:val="TableText"/>
            </w:pPr>
            <w:r>
              <w:t>Send a concise story showing what donor generosity made possible.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CA0C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775B7E7B" w14:textId="77777777">
        <w:trPr>
          <w:cantSplit/>
        </w:trPr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149F" w14:textId="77777777" w:rsidR="00CA474C" w:rsidRDefault="00000000">
            <w:pPr>
              <w:pStyle w:val="TableText"/>
            </w:pPr>
            <w:r>
              <w:t>Oct. 12-16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9EFCD" w14:textId="77777777" w:rsidR="00CA474C" w:rsidRDefault="00000000">
            <w:pPr>
              <w:pStyle w:val="TableText"/>
            </w:pPr>
            <w:r>
              <w:t>Listening</w:t>
            </w:r>
          </w:p>
        </w:tc>
        <w:tc>
          <w:tcPr>
            <w:tcW w:w="48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175B8" w14:textId="77777777" w:rsidR="00CA474C" w:rsidRDefault="00000000">
            <w:pPr>
              <w:pStyle w:val="TableText"/>
            </w:pPr>
            <w:r>
              <w:t>Ask a small donor group what motivates them, what they value, and how they prefer updates.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E039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21FEBA4" w14:textId="77777777">
        <w:trPr>
          <w:cantSplit/>
        </w:trPr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0265A" w14:textId="77777777" w:rsidR="00CA474C" w:rsidRDefault="00000000">
            <w:pPr>
              <w:pStyle w:val="TableText"/>
            </w:pPr>
            <w:r>
              <w:t>Oct. 19-23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C134D" w14:textId="77777777" w:rsidR="00CA474C" w:rsidRDefault="00000000">
            <w:pPr>
              <w:pStyle w:val="TableText"/>
            </w:pPr>
            <w:r>
              <w:t>Lapsed re-engagement</w:t>
            </w:r>
          </w:p>
        </w:tc>
        <w:tc>
          <w:tcPr>
            <w:tcW w:w="4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D4B30" w14:textId="77777777" w:rsidR="00CA474C" w:rsidRDefault="00000000">
            <w:pPr>
              <w:pStyle w:val="TableText"/>
            </w:pPr>
            <w:r>
              <w:t>Reach LYBUNT/SYBUNT donors with appreciation, a brief update, and an invitation to reconnect.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A3E96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183BE116" w14:textId="77777777">
        <w:trPr>
          <w:cantSplit/>
        </w:trPr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FC2AE" w14:textId="77777777" w:rsidR="00CA474C" w:rsidRDefault="00000000">
            <w:pPr>
              <w:pStyle w:val="TableText"/>
            </w:pPr>
            <w:r>
              <w:t>Oct. 19-23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C475A" w14:textId="77777777" w:rsidR="00CA474C" w:rsidRDefault="00000000">
            <w:pPr>
              <w:pStyle w:val="TableText"/>
            </w:pPr>
            <w:r>
              <w:t>Board activation</w:t>
            </w:r>
          </w:p>
        </w:tc>
        <w:tc>
          <w:tcPr>
            <w:tcW w:w="48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A461A" w14:textId="77777777" w:rsidR="00CA474C" w:rsidRDefault="00000000">
            <w:pPr>
              <w:pStyle w:val="TableText"/>
            </w:pPr>
            <w:r>
              <w:t>Give each board member a manageable list for calls, notes, introductions, or social sharing.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01754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0CC596DD" w14:textId="77777777">
        <w:trPr>
          <w:cantSplit/>
        </w:trPr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6CE3A" w14:textId="77777777" w:rsidR="00CA474C" w:rsidRDefault="00000000">
            <w:pPr>
              <w:pStyle w:val="TableText"/>
            </w:pPr>
            <w:r>
              <w:t>Oct. 26-30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25A9D" w14:textId="77777777" w:rsidR="00CA474C" w:rsidRDefault="00000000">
            <w:pPr>
              <w:pStyle w:val="TableText"/>
            </w:pPr>
            <w:r>
              <w:t>Campaign preview</w:t>
            </w:r>
          </w:p>
        </w:tc>
        <w:tc>
          <w:tcPr>
            <w:tcW w:w="4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B272F" w14:textId="77777777" w:rsidR="00CA474C" w:rsidRDefault="00000000">
            <w:pPr>
              <w:pStyle w:val="TableText"/>
            </w:pPr>
            <w:r>
              <w:t>Tell priority donors what the organization hopes to accomplish before year-end.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AEA27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388D6867" w14:textId="77777777">
        <w:trPr>
          <w:cantSplit/>
        </w:trPr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954B6" w14:textId="77777777" w:rsidR="00CA474C" w:rsidRDefault="00000000">
            <w:pPr>
              <w:pStyle w:val="TableText"/>
            </w:pPr>
            <w:r>
              <w:t>Oct. 26-30</w:t>
            </w:r>
          </w:p>
        </w:tc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374FB" w14:textId="77777777" w:rsidR="00CA474C" w:rsidRDefault="00000000">
            <w:pPr>
              <w:pStyle w:val="TableText"/>
            </w:pPr>
            <w:r>
              <w:t>Readiness review</w:t>
            </w:r>
          </w:p>
        </w:tc>
        <w:tc>
          <w:tcPr>
            <w:tcW w:w="48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B70C2" w14:textId="77777777" w:rsidR="00CA474C" w:rsidRDefault="00000000">
            <w:pPr>
              <w:pStyle w:val="TableText"/>
            </w:pPr>
            <w:r>
              <w:t>Finalize data, creative, gift processing, response handling, and Giving Tuesday calendar.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1CFCB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</w:tbl>
    <w:p w14:paraId="23EB001A" w14:textId="77777777" w:rsidR="00CA474C" w:rsidRDefault="00000000">
      <w:pPr>
        <w:pStyle w:val="Heading2"/>
      </w:pPr>
      <w:r>
        <w:t>Stewardship Conversation Guide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7760"/>
      </w:tblGrid>
      <w:tr w:rsidR="00CA474C" w14:paraId="0D626376" w14:textId="77777777">
        <w:trPr>
          <w:cantSplit/>
          <w:tblHeader/>
        </w:trPr>
        <w:tc>
          <w:tcPr>
            <w:tcW w:w="16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FA045" w14:textId="77777777" w:rsidR="00CA474C" w:rsidRDefault="00000000">
            <w:pPr>
              <w:pStyle w:val="TableHeader"/>
            </w:pPr>
            <w:r>
              <w:t>Moment</w:t>
            </w:r>
          </w:p>
        </w:tc>
        <w:tc>
          <w:tcPr>
            <w:tcW w:w="776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41ABC" w14:textId="77777777" w:rsidR="00CA474C" w:rsidRDefault="00000000">
            <w:pPr>
              <w:pStyle w:val="TableHeader"/>
            </w:pPr>
            <w:r>
              <w:t>Suggested approach</w:t>
            </w:r>
          </w:p>
        </w:tc>
      </w:tr>
      <w:tr w:rsidR="00CA474C" w14:paraId="21877453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E4C15" w14:textId="77777777" w:rsidR="00CA474C" w:rsidRDefault="00000000">
            <w:pPr>
              <w:pStyle w:val="TableText"/>
            </w:pPr>
            <w:r>
              <w:rPr>
                <w:sz w:val="18"/>
              </w:rPr>
              <w:t>Open</w:t>
            </w:r>
          </w:p>
        </w:tc>
        <w:tc>
          <w:tcPr>
            <w:tcW w:w="7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98D87" w14:textId="77777777" w:rsidR="00CA474C" w:rsidRDefault="00000000">
            <w:pPr>
              <w:pStyle w:val="TableText"/>
            </w:pPr>
            <w:r>
              <w:rPr>
                <w:sz w:val="18"/>
              </w:rPr>
              <w:t>Thank you for the difference your support has made.</w:t>
            </w:r>
          </w:p>
        </w:tc>
      </w:tr>
      <w:tr w:rsidR="00CA474C" w14:paraId="17DD0909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6466D" w14:textId="77777777" w:rsidR="00CA474C" w:rsidRDefault="00000000">
            <w:pPr>
              <w:pStyle w:val="TableText"/>
            </w:pPr>
            <w:r>
              <w:rPr>
                <w:sz w:val="18"/>
              </w:rPr>
              <w:t>Impact</w:t>
            </w:r>
          </w:p>
        </w:tc>
        <w:tc>
          <w:tcPr>
            <w:tcW w:w="77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8BF3C" w14:textId="77777777" w:rsidR="00CA474C" w:rsidRDefault="00000000">
            <w:pPr>
              <w:pStyle w:val="TableText"/>
            </w:pPr>
            <w:r>
              <w:rPr>
                <w:sz w:val="18"/>
              </w:rPr>
              <w:t>Share one brief, specific outcome—not a list of organizational activities.</w:t>
            </w:r>
          </w:p>
        </w:tc>
      </w:tr>
      <w:tr w:rsidR="00CA474C" w14:paraId="1450528E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06681" w14:textId="77777777" w:rsidR="00CA474C" w:rsidRDefault="00000000">
            <w:pPr>
              <w:pStyle w:val="TableText"/>
            </w:pPr>
            <w:r>
              <w:rPr>
                <w:sz w:val="18"/>
              </w:rPr>
              <w:t>Listen</w:t>
            </w:r>
          </w:p>
        </w:tc>
        <w:tc>
          <w:tcPr>
            <w:tcW w:w="7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91A3D" w14:textId="77777777" w:rsidR="00CA474C" w:rsidRDefault="00000000">
            <w:pPr>
              <w:pStyle w:val="TableText"/>
            </w:pPr>
            <w:r>
              <w:rPr>
                <w:sz w:val="18"/>
              </w:rPr>
              <w:t>Ask what part of the mission matters most and whether the donor has questions.</w:t>
            </w:r>
          </w:p>
        </w:tc>
      </w:tr>
      <w:tr w:rsidR="00CA474C" w14:paraId="53184BE9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BD47F" w14:textId="77777777" w:rsidR="00CA474C" w:rsidRDefault="00000000">
            <w:pPr>
              <w:pStyle w:val="TableText"/>
            </w:pPr>
            <w:r>
              <w:rPr>
                <w:sz w:val="18"/>
              </w:rPr>
              <w:t>Confirm</w:t>
            </w:r>
          </w:p>
        </w:tc>
        <w:tc>
          <w:tcPr>
            <w:tcW w:w="77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3EDD7" w14:textId="77777777" w:rsidR="00CA474C" w:rsidRDefault="00000000">
            <w:pPr>
              <w:pStyle w:val="TableText"/>
            </w:pPr>
            <w:r>
              <w:rPr>
                <w:sz w:val="18"/>
              </w:rPr>
              <w:t>Verify preferences and contact information naturally, with permission.</w:t>
            </w:r>
          </w:p>
        </w:tc>
      </w:tr>
      <w:tr w:rsidR="00CA474C" w14:paraId="2E196570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51EC1" w14:textId="77777777" w:rsidR="00CA474C" w:rsidRDefault="00000000">
            <w:pPr>
              <w:pStyle w:val="TableText"/>
            </w:pPr>
            <w:r>
              <w:rPr>
                <w:sz w:val="18"/>
              </w:rPr>
              <w:t>Close</w:t>
            </w:r>
          </w:p>
        </w:tc>
        <w:tc>
          <w:tcPr>
            <w:tcW w:w="7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9CEA5" w14:textId="77777777" w:rsidR="00CA474C" w:rsidRDefault="00000000">
            <w:pPr>
              <w:pStyle w:val="TableText"/>
            </w:pPr>
            <w:r>
              <w:rPr>
                <w:sz w:val="18"/>
              </w:rPr>
              <w:t>Thank the donor again. Do not turn an appreciation call into an unexpected solicitation.</w:t>
            </w:r>
          </w:p>
        </w:tc>
      </w:tr>
      <w:tr w:rsidR="00CA474C" w14:paraId="67DE60BE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536D5" w14:textId="77777777" w:rsidR="00CA474C" w:rsidRDefault="00000000">
            <w:pPr>
              <w:pStyle w:val="TableText"/>
            </w:pPr>
            <w:r>
              <w:rPr>
                <w:sz w:val="18"/>
              </w:rPr>
              <w:t>Record</w:t>
            </w:r>
          </w:p>
        </w:tc>
        <w:tc>
          <w:tcPr>
            <w:tcW w:w="77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54540" w14:textId="77777777" w:rsidR="00CA474C" w:rsidRDefault="00000000">
            <w:pPr>
              <w:pStyle w:val="TableText"/>
            </w:pPr>
            <w:r>
              <w:rPr>
                <w:sz w:val="18"/>
              </w:rPr>
              <w:t>Capture interests, concerns, preferences, commitments, and needed follow-up.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7B569A96" w14:textId="77777777">
        <w:trPr>
          <w:cantSplit/>
        </w:trPr>
        <w:tc>
          <w:tcPr>
            <w:tcW w:w="9360" w:type="dxa"/>
            <w:shd w:val="clear" w:color="auto" w:fill="E8F5F3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9325793" w14:textId="77777777" w:rsidR="00CA474C" w:rsidRDefault="00000000">
            <w:pPr>
              <w:pStyle w:val="Callout"/>
            </w:pPr>
            <w:r>
              <w:t xml:space="preserve">Measure more than gifts  </w:t>
            </w:r>
            <w:r>
              <w:rPr>
                <w:b w:val="0"/>
                <w:color w:val="263543"/>
                <w:sz w:val="20"/>
              </w:rPr>
              <w:t>Track conversations completed, preferences learned, information corrected, follow-ups requested, and donor sentiment.</w:t>
            </w:r>
          </w:p>
        </w:tc>
      </w:tr>
    </w:tbl>
    <w:p w14:paraId="447553D2" w14:textId="77777777" w:rsidR="00CA474C" w:rsidRDefault="00000000">
      <w:pPr>
        <w:pStyle w:val="Kicker"/>
        <w:pageBreakBefore/>
      </w:pPr>
      <w:r>
        <w:lastRenderedPageBreak/>
        <w:t>GIVING TUESDAY PREPARATION TIMELINE</w:t>
      </w:r>
    </w:p>
    <w:p w14:paraId="641D6558" w14:textId="77777777" w:rsidR="00CA474C" w:rsidRDefault="00000000">
      <w:pPr>
        <w:pStyle w:val="Heading1"/>
        <w:spacing w:before="0"/>
      </w:pPr>
      <w:r>
        <w:t>Turn One Day Into a Five-Week Campaign</w:t>
      </w:r>
    </w:p>
    <w:p w14:paraId="56C5DACD" w14:textId="77777777" w:rsidR="00CA474C" w:rsidRDefault="00000000">
      <w:pPr>
        <w:pStyle w:val="Small"/>
      </w:pPr>
      <w:r>
        <w:t>Giving Tuesday: Tuesday, December 1, 2026. Use the weeks before and after it to build connection and momentum.</w:t>
      </w:r>
    </w:p>
    <w:p w14:paraId="7F67D1A5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1480"/>
        <w:gridCol w:w="5380"/>
        <w:gridCol w:w="1180"/>
      </w:tblGrid>
      <w:tr w:rsidR="00CA474C" w14:paraId="1A11F86B" w14:textId="77777777">
        <w:trPr>
          <w:cantSplit/>
          <w:tblHeader/>
        </w:trPr>
        <w:tc>
          <w:tcPr>
            <w:tcW w:w="132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2ABB7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14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2603A" w14:textId="77777777" w:rsidR="00CA474C" w:rsidRDefault="00000000">
            <w:pPr>
              <w:pStyle w:val="TableHeader"/>
            </w:pPr>
            <w:r>
              <w:t>Phase</w:t>
            </w:r>
          </w:p>
        </w:tc>
        <w:tc>
          <w:tcPr>
            <w:tcW w:w="53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25541" w14:textId="77777777" w:rsidR="00CA474C" w:rsidRDefault="00000000">
            <w:pPr>
              <w:pStyle w:val="TableHeader"/>
            </w:pPr>
            <w:r>
              <w:t>Critical actions</w:t>
            </w:r>
          </w:p>
        </w:tc>
        <w:tc>
          <w:tcPr>
            <w:tcW w:w="11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D83B1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</w:tr>
      <w:tr w:rsidR="00CA474C" w14:paraId="1EC182B1" w14:textId="77777777">
        <w:trPr>
          <w:cantSplit/>
        </w:trPr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3CF8D" w14:textId="77777777" w:rsidR="00CA474C" w:rsidRDefault="00000000">
            <w:pPr>
              <w:pStyle w:val="TableText"/>
            </w:pPr>
            <w:r>
              <w:t>Nov. 2-6</w:t>
            </w:r>
          </w:p>
        </w:tc>
        <w:tc>
          <w:tcPr>
            <w:tcW w:w="1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E3447" w14:textId="77777777" w:rsidR="00CA474C" w:rsidRDefault="00000000">
            <w:pPr>
              <w:pStyle w:val="TableText"/>
            </w:pPr>
            <w:r>
              <w:t>4 weeks out</w:t>
            </w:r>
          </w:p>
        </w:tc>
        <w:tc>
          <w:tcPr>
            <w:tcW w:w="53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882BF" w14:textId="77777777" w:rsidR="00CA474C" w:rsidRDefault="00000000">
            <w:pPr>
              <w:pStyle w:val="TableText"/>
            </w:pPr>
            <w:r>
              <w:t>Finalize goal, theme, audiences, match, landing page, gift form, tracking links, scripts, and approval route.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CDC6F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74948D21" w14:textId="77777777">
        <w:trPr>
          <w:cantSplit/>
        </w:trPr>
        <w:tc>
          <w:tcPr>
            <w:tcW w:w="13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F7727" w14:textId="77777777" w:rsidR="00CA474C" w:rsidRDefault="00000000">
            <w:pPr>
              <w:pStyle w:val="TableText"/>
            </w:pPr>
            <w:r>
              <w:t>Nov. 9-13</w:t>
            </w:r>
          </w:p>
        </w:tc>
        <w:tc>
          <w:tcPr>
            <w:tcW w:w="14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AC525" w14:textId="77777777" w:rsidR="00CA474C" w:rsidRDefault="00000000">
            <w:pPr>
              <w:pStyle w:val="TableText"/>
            </w:pPr>
            <w:r>
              <w:t>3 weeks out</w:t>
            </w:r>
          </w:p>
        </w:tc>
        <w:tc>
          <w:tcPr>
            <w:tcW w:w="53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9FC33" w14:textId="77777777" w:rsidR="00CA474C" w:rsidRDefault="00000000">
            <w:pPr>
              <w:pStyle w:val="TableText"/>
            </w:pPr>
            <w:r>
              <w:t>Brief staff and board; prepare ambassadors; test all links, receipts, forms, and mobile experience.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D1B13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E094C54" w14:textId="77777777">
        <w:trPr>
          <w:cantSplit/>
        </w:trPr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7140B" w14:textId="77777777" w:rsidR="00CA474C" w:rsidRDefault="00000000">
            <w:pPr>
              <w:pStyle w:val="TableText"/>
            </w:pPr>
            <w:r>
              <w:t>Nov. 16-20</w:t>
            </w:r>
          </w:p>
        </w:tc>
        <w:tc>
          <w:tcPr>
            <w:tcW w:w="1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89095" w14:textId="77777777" w:rsidR="00CA474C" w:rsidRDefault="00000000">
            <w:pPr>
              <w:pStyle w:val="TableText"/>
            </w:pPr>
            <w:r>
              <w:t>2 weeks out</w:t>
            </w:r>
          </w:p>
        </w:tc>
        <w:tc>
          <w:tcPr>
            <w:tcW w:w="53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F92DF" w14:textId="77777777" w:rsidR="00CA474C" w:rsidRDefault="00000000">
            <w:pPr>
              <w:pStyle w:val="TableText"/>
            </w:pPr>
            <w:r>
              <w:t>Share the need and impact story; begin priority donor calls; introduce match or challenge.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277C3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417F2C6" w14:textId="77777777">
        <w:trPr>
          <w:cantSplit/>
        </w:trPr>
        <w:tc>
          <w:tcPr>
            <w:tcW w:w="13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22036" w14:textId="77777777" w:rsidR="00CA474C" w:rsidRDefault="00000000">
            <w:pPr>
              <w:pStyle w:val="TableText"/>
            </w:pPr>
            <w:r>
              <w:t>Nov. 23-25</w:t>
            </w:r>
          </w:p>
        </w:tc>
        <w:tc>
          <w:tcPr>
            <w:tcW w:w="14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A8E76" w14:textId="77777777" w:rsidR="00CA474C" w:rsidRDefault="00000000">
            <w:pPr>
              <w:pStyle w:val="TableText"/>
            </w:pPr>
            <w:r>
              <w:t>1 week out</w:t>
            </w:r>
          </w:p>
        </w:tc>
        <w:tc>
          <w:tcPr>
            <w:tcW w:w="53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80C5A" w14:textId="77777777" w:rsidR="00CA474C" w:rsidRDefault="00000000">
            <w:pPr>
              <w:pStyle w:val="TableText"/>
            </w:pPr>
            <w:r>
              <w:t>Send campaign preview; schedule emails/social; confirm phone lists and rapid-response responsibilities.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E971B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72E40F17" w14:textId="77777777">
        <w:trPr>
          <w:cantSplit/>
        </w:trPr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C97B75" w14:textId="77777777" w:rsidR="00CA474C" w:rsidRDefault="00000000">
            <w:pPr>
              <w:pStyle w:val="TableText"/>
            </w:pPr>
            <w:r>
              <w:t>Nov. 26-29</w:t>
            </w:r>
          </w:p>
        </w:tc>
        <w:tc>
          <w:tcPr>
            <w:tcW w:w="1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21611" w14:textId="77777777" w:rsidR="00CA474C" w:rsidRDefault="00000000">
            <w:pPr>
              <w:pStyle w:val="TableText"/>
            </w:pPr>
            <w:r>
              <w:t>Holiday window</w:t>
            </w:r>
          </w:p>
        </w:tc>
        <w:tc>
          <w:tcPr>
            <w:tcW w:w="53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5467E" w14:textId="77777777" w:rsidR="00CA474C" w:rsidRDefault="00000000">
            <w:pPr>
              <w:pStyle w:val="TableText"/>
            </w:pPr>
            <w:r>
              <w:t>Lead with gratitude. Use restrained reminders and avoid crowding Thanksgiving communications.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E3215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6A971A6F" w14:textId="77777777">
        <w:trPr>
          <w:cantSplit/>
        </w:trPr>
        <w:tc>
          <w:tcPr>
            <w:tcW w:w="13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3DFCA" w14:textId="77777777" w:rsidR="00CA474C" w:rsidRDefault="00000000">
            <w:pPr>
              <w:pStyle w:val="TableText"/>
            </w:pPr>
            <w:r>
              <w:t>Nov. 30</w:t>
            </w:r>
          </w:p>
        </w:tc>
        <w:tc>
          <w:tcPr>
            <w:tcW w:w="14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D1ABB" w14:textId="77777777" w:rsidR="00CA474C" w:rsidRDefault="00000000">
            <w:pPr>
              <w:pStyle w:val="TableText"/>
            </w:pPr>
            <w:r>
              <w:t>Day before</w:t>
            </w:r>
          </w:p>
        </w:tc>
        <w:tc>
          <w:tcPr>
            <w:tcW w:w="53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74350" w14:textId="77777777" w:rsidR="00CA474C" w:rsidRDefault="00000000">
            <w:pPr>
              <w:pStyle w:val="TableText"/>
            </w:pPr>
            <w:r>
              <w:t>Send a concise preview; complete final systems check; confirm coverage and escalation plan.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E239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0F77E5C" w14:textId="77777777">
        <w:trPr>
          <w:cantSplit/>
        </w:trPr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E0D55" w14:textId="77777777" w:rsidR="00CA474C" w:rsidRDefault="00000000">
            <w:pPr>
              <w:pStyle w:val="TableText"/>
            </w:pPr>
            <w:r>
              <w:t>Dec. 1 AM</w:t>
            </w:r>
          </w:p>
        </w:tc>
        <w:tc>
          <w:tcPr>
            <w:tcW w:w="1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25D20" w14:textId="77777777" w:rsidR="00CA474C" w:rsidRDefault="00000000">
            <w:pPr>
              <w:pStyle w:val="TableText"/>
            </w:pPr>
            <w:r>
              <w:t>Launch</w:t>
            </w:r>
          </w:p>
        </w:tc>
        <w:tc>
          <w:tcPr>
            <w:tcW w:w="53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BA05E" w14:textId="77777777" w:rsidR="00CA474C" w:rsidRDefault="00000000">
            <w:pPr>
              <w:pStyle w:val="TableText"/>
            </w:pPr>
            <w:r>
              <w:t>Publish primary story and ask; activate email, web, social, phone, and ambassadors.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406D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6F0068E3" w14:textId="77777777">
        <w:trPr>
          <w:cantSplit/>
        </w:trPr>
        <w:tc>
          <w:tcPr>
            <w:tcW w:w="13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76CDB" w14:textId="77777777" w:rsidR="00CA474C" w:rsidRDefault="00000000">
            <w:pPr>
              <w:pStyle w:val="TableText"/>
            </w:pPr>
            <w:r>
              <w:t>Dec. 1 midday</w:t>
            </w:r>
          </w:p>
        </w:tc>
        <w:tc>
          <w:tcPr>
            <w:tcW w:w="14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7FACE" w14:textId="77777777" w:rsidR="00CA474C" w:rsidRDefault="00000000">
            <w:pPr>
              <w:pStyle w:val="TableText"/>
            </w:pPr>
            <w:r>
              <w:t>Progress</w:t>
            </w:r>
          </w:p>
        </w:tc>
        <w:tc>
          <w:tcPr>
            <w:tcW w:w="53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D8462" w14:textId="77777777" w:rsidR="00CA474C" w:rsidRDefault="00000000">
            <w:pPr>
              <w:pStyle w:val="TableText"/>
            </w:pPr>
            <w:r>
              <w:t>Report authentic progress, thank early donors, and respond quickly to questions or issues.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C6B62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3BE9A869" w14:textId="77777777">
        <w:trPr>
          <w:cantSplit/>
        </w:trPr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4C7F1" w14:textId="77777777" w:rsidR="00CA474C" w:rsidRDefault="00000000">
            <w:pPr>
              <w:pStyle w:val="TableText"/>
            </w:pPr>
            <w:r>
              <w:t>Dec. 1 PM</w:t>
            </w:r>
          </w:p>
        </w:tc>
        <w:tc>
          <w:tcPr>
            <w:tcW w:w="1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775F2" w14:textId="77777777" w:rsidR="00CA474C" w:rsidRDefault="00000000">
            <w:pPr>
              <w:pStyle w:val="TableText"/>
            </w:pPr>
            <w:r>
              <w:t>Final reminder</w:t>
            </w:r>
          </w:p>
        </w:tc>
        <w:tc>
          <w:tcPr>
            <w:tcW w:w="53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46F19" w14:textId="77777777" w:rsidR="00CA474C" w:rsidRDefault="00000000">
            <w:pPr>
              <w:pStyle w:val="TableText"/>
            </w:pPr>
            <w:r>
              <w:t>Use urgency tied to impact and deadline; keep gratitude prominent.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6F60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19ACD292" w14:textId="77777777">
        <w:trPr>
          <w:cantSplit/>
        </w:trPr>
        <w:tc>
          <w:tcPr>
            <w:tcW w:w="13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EA8C7" w14:textId="77777777" w:rsidR="00CA474C" w:rsidRDefault="00000000">
            <w:pPr>
              <w:pStyle w:val="TableText"/>
            </w:pPr>
            <w:r>
              <w:t>Dec. 2-4</w:t>
            </w:r>
          </w:p>
        </w:tc>
        <w:tc>
          <w:tcPr>
            <w:tcW w:w="14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D8B99" w14:textId="77777777" w:rsidR="00CA474C" w:rsidRDefault="00000000">
            <w:pPr>
              <w:pStyle w:val="TableText"/>
            </w:pPr>
            <w:r>
              <w:t>48-hour follow-up</w:t>
            </w:r>
          </w:p>
        </w:tc>
        <w:tc>
          <w:tcPr>
            <w:tcW w:w="53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133FD" w14:textId="77777777" w:rsidR="00CA474C" w:rsidRDefault="00000000">
            <w:pPr>
              <w:pStyle w:val="TableText"/>
            </w:pPr>
            <w:r>
              <w:t>Thank every donor promptly; report outcome; resolve failed gifts; flag personal follow-up.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44EB8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</w:tbl>
    <w:p w14:paraId="1616E9D5" w14:textId="77777777" w:rsidR="00CA474C" w:rsidRDefault="00000000">
      <w:pPr>
        <w:pStyle w:val="Heading2"/>
      </w:pPr>
      <w:r>
        <w:t>Giving Tuesday Go/No-Go Test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460"/>
      </w:tblGrid>
      <w:tr w:rsidR="00CA474C" w14:paraId="2B4602CC" w14:textId="77777777">
        <w:trPr>
          <w:cantSplit/>
          <w:tblHeader/>
        </w:trPr>
        <w:tc>
          <w:tcPr>
            <w:tcW w:w="9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54C1A" w14:textId="77777777" w:rsidR="00CA474C" w:rsidRDefault="00000000">
            <w:pPr>
              <w:pStyle w:val="TableHeader"/>
            </w:pPr>
            <w:r>
              <w:t>Ready</w:t>
            </w:r>
          </w:p>
        </w:tc>
        <w:tc>
          <w:tcPr>
            <w:tcW w:w="84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52C01" w14:textId="77777777" w:rsidR="00CA474C" w:rsidRDefault="00000000">
            <w:pPr>
              <w:pStyle w:val="TableHeader"/>
            </w:pPr>
            <w:r>
              <w:t>Required confirmation</w:t>
            </w:r>
          </w:p>
        </w:tc>
      </w:tr>
      <w:tr w:rsidR="00CA474C" w14:paraId="4CAB5A75" w14:textId="77777777">
        <w:trPr>
          <w:cantSplit/>
        </w:trPr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61D2F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A5C15" w14:textId="77777777" w:rsidR="00CA474C" w:rsidRDefault="00000000">
            <w:pPr>
              <w:pStyle w:val="TableText"/>
            </w:pPr>
            <w:r>
              <w:rPr>
                <w:sz w:val="18"/>
              </w:rPr>
              <w:t>All links and forms tested on desktop and mobile</w:t>
            </w:r>
          </w:p>
        </w:tc>
      </w:tr>
      <w:tr w:rsidR="00CA474C" w14:paraId="08B8F6EB" w14:textId="77777777">
        <w:trPr>
          <w:cantSplit/>
        </w:trPr>
        <w:tc>
          <w:tcPr>
            <w:tcW w:w="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A299F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BA0E9" w14:textId="77777777" w:rsidR="00CA474C" w:rsidRDefault="00000000">
            <w:pPr>
              <w:pStyle w:val="TableText"/>
            </w:pPr>
            <w:r>
              <w:rPr>
                <w:sz w:val="18"/>
              </w:rPr>
              <w:t>Automated receipts and internal alerts verified</w:t>
            </w:r>
          </w:p>
        </w:tc>
      </w:tr>
      <w:tr w:rsidR="00CA474C" w14:paraId="41D3A3E7" w14:textId="77777777">
        <w:trPr>
          <w:cantSplit/>
        </w:trPr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55AE8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D3F57" w14:textId="77777777" w:rsidR="00CA474C" w:rsidRDefault="00000000">
            <w:pPr>
              <w:pStyle w:val="TableText"/>
            </w:pPr>
            <w:r>
              <w:rPr>
                <w:sz w:val="18"/>
              </w:rPr>
              <w:t>Phone, email, social, and web messages aligned</w:t>
            </w:r>
          </w:p>
        </w:tc>
      </w:tr>
      <w:tr w:rsidR="00CA474C" w14:paraId="09E2BE5B" w14:textId="77777777">
        <w:trPr>
          <w:cantSplit/>
        </w:trPr>
        <w:tc>
          <w:tcPr>
            <w:tcW w:w="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3B0B4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ED6CA" w14:textId="77777777" w:rsidR="00CA474C" w:rsidRDefault="00000000">
            <w:pPr>
              <w:pStyle w:val="TableText"/>
            </w:pPr>
            <w:r>
              <w:rPr>
                <w:sz w:val="18"/>
              </w:rPr>
              <w:t>Match language and restrictions confirmed</w:t>
            </w:r>
          </w:p>
        </w:tc>
      </w:tr>
      <w:tr w:rsidR="00CA474C" w14:paraId="779A022C" w14:textId="77777777">
        <w:trPr>
          <w:cantSplit/>
        </w:trPr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D5AA9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BE8AD" w14:textId="77777777" w:rsidR="00CA474C" w:rsidRDefault="00000000">
            <w:pPr>
              <w:pStyle w:val="TableText"/>
            </w:pPr>
            <w:r>
              <w:rPr>
                <w:sz w:val="18"/>
              </w:rPr>
              <w:t>Gift processing and donor-service coverage assigned</w:t>
            </w:r>
          </w:p>
        </w:tc>
      </w:tr>
      <w:tr w:rsidR="00CA474C" w14:paraId="3BF3930C" w14:textId="77777777">
        <w:trPr>
          <w:cantSplit/>
        </w:trPr>
        <w:tc>
          <w:tcPr>
            <w:tcW w:w="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23D34" w14:textId="77777777" w:rsidR="00CA474C" w:rsidRDefault="00000000">
            <w:pPr>
              <w:pStyle w:val="TableText"/>
            </w:pPr>
            <w:r>
              <w:rPr>
                <w:sz w:val="18"/>
              </w:rPr>
              <w:t>☐</w:t>
            </w:r>
          </w:p>
        </w:tc>
        <w:tc>
          <w:tcPr>
            <w:tcW w:w="8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2F165" w14:textId="77777777" w:rsidR="00CA474C" w:rsidRDefault="00000000">
            <w:pPr>
              <w:pStyle w:val="TableText"/>
            </w:pPr>
            <w:r>
              <w:rPr>
                <w:sz w:val="18"/>
              </w:rPr>
              <w:t>Thank-you message and outcome update ready</w:t>
            </w:r>
          </w:p>
        </w:tc>
      </w:tr>
    </w:tbl>
    <w:p w14:paraId="0A5D07CF" w14:textId="77777777" w:rsidR="00CA474C" w:rsidRDefault="00000000">
      <w:pPr>
        <w:pStyle w:val="Kicker"/>
        <w:pageBreakBefore/>
      </w:pPr>
      <w:r>
        <w:lastRenderedPageBreak/>
        <w:t>DECEMBER DONOR COMMUNICATION CALENDAR</w:t>
      </w:r>
    </w:p>
    <w:p w14:paraId="2E013883" w14:textId="77777777" w:rsidR="00CA474C" w:rsidRDefault="00000000">
      <w:pPr>
        <w:pStyle w:val="Heading1"/>
        <w:spacing w:before="0"/>
      </w:pPr>
      <w:r>
        <w:t>Coordinate the Final Month Without Overwhelming Donors</w:t>
      </w:r>
    </w:p>
    <w:p w14:paraId="7FE1C8C9" w14:textId="77777777" w:rsidR="00CA474C" w:rsidRDefault="00000000">
      <w:pPr>
        <w:pStyle w:val="Small"/>
      </w:pPr>
      <w:r>
        <w:t>December objective: create a connected sequence of impact, appreciation, urgency, and personal follow-up.</w:t>
      </w:r>
    </w:p>
    <w:p w14:paraId="13E0C700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700"/>
        <w:gridCol w:w="3600"/>
        <w:gridCol w:w="1280"/>
        <w:gridCol w:w="1180"/>
      </w:tblGrid>
      <w:tr w:rsidR="00CA474C" w14:paraId="3A038C59" w14:textId="77777777">
        <w:trPr>
          <w:cantSplit/>
          <w:tblHeader/>
        </w:trPr>
        <w:tc>
          <w:tcPr>
            <w:tcW w:w="16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F07C5" w14:textId="77777777" w:rsidR="00CA474C" w:rsidRDefault="00000000">
            <w:pPr>
              <w:pStyle w:val="TableHeader"/>
              <w:jc w:val="center"/>
            </w:pPr>
            <w:r>
              <w:t>Date</w:t>
            </w:r>
          </w:p>
        </w:tc>
        <w:tc>
          <w:tcPr>
            <w:tcW w:w="17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9CFF4" w14:textId="77777777" w:rsidR="00CA474C" w:rsidRDefault="00000000">
            <w:pPr>
              <w:pStyle w:val="TableHeader"/>
            </w:pPr>
            <w:r>
              <w:t>Purpose</w:t>
            </w:r>
          </w:p>
        </w:tc>
        <w:tc>
          <w:tcPr>
            <w:tcW w:w="36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BB71B" w14:textId="77777777" w:rsidR="00CA474C" w:rsidRDefault="00000000">
            <w:pPr>
              <w:pStyle w:val="TableHeader"/>
            </w:pPr>
            <w:r>
              <w:t>Message goal</w:t>
            </w:r>
          </w:p>
        </w:tc>
        <w:tc>
          <w:tcPr>
            <w:tcW w:w="12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C5D21" w14:textId="77777777" w:rsidR="00CA474C" w:rsidRDefault="00000000">
            <w:pPr>
              <w:pStyle w:val="TableHeader"/>
            </w:pPr>
            <w:r>
              <w:t>Donor action</w:t>
            </w:r>
          </w:p>
        </w:tc>
        <w:tc>
          <w:tcPr>
            <w:tcW w:w="118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D780E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</w:tr>
      <w:tr w:rsidR="00CA474C" w14:paraId="50FDD65D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C1550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Tue., Dec. 1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A75E0" w14:textId="77777777" w:rsidR="00CA474C" w:rsidRDefault="00000000">
            <w:pPr>
              <w:pStyle w:val="TableText"/>
            </w:pPr>
            <w:r>
              <w:rPr>
                <w:sz w:val="15"/>
              </w:rPr>
              <w:t>Giving Tuesday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90E16" w14:textId="77777777" w:rsidR="00CA474C" w:rsidRDefault="00000000">
            <w:pPr>
              <w:pStyle w:val="TableText"/>
            </w:pPr>
            <w:r>
              <w:rPr>
                <w:sz w:val="15"/>
              </w:rPr>
              <w:t>Primary campaign message and coordinated multichannel outreach.</w:t>
            </w:r>
          </w:p>
        </w:tc>
        <w:tc>
          <w:tcPr>
            <w:tcW w:w="1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E1145" w14:textId="77777777" w:rsidR="00CA474C" w:rsidRDefault="00000000">
            <w:pPr>
              <w:pStyle w:val="TableText"/>
            </w:pPr>
            <w:r>
              <w:rPr>
                <w:sz w:val="15"/>
              </w:rPr>
              <w:t>Give / share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97582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01B2C087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59B55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Wed.-Fri., Dec. 2-4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4D4C9" w14:textId="77777777" w:rsidR="00CA474C" w:rsidRDefault="00000000">
            <w:pPr>
              <w:pStyle w:val="TableText"/>
            </w:pPr>
            <w:r>
              <w:rPr>
                <w:sz w:val="15"/>
              </w:rPr>
              <w:t>Immediate gratitude</w:t>
            </w:r>
          </w:p>
        </w:tc>
        <w:tc>
          <w:tcPr>
            <w:tcW w:w="3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3F2BF" w14:textId="77777777" w:rsidR="00CA474C" w:rsidRDefault="00000000">
            <w:pPr>
              <w:pStyle w:val="TableText"/>
            </w:pPr>
            <w:r>
              <w:rPr>
                <w:sz w:val="15"/>
              </w:rPr>
              <w:t>Prompt receipt, thank-you, results update, and failed-gift follow-up.</w:t>
            </w:r>
          </w:p>
        </w:tc>
        <w:tc>
          <w:tcPr>
            <w:tcW w:w="12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4470D" w14:textId="77777777" w:rsidR="00CA474C" w:rsidRDefault="00000000">
            <w:pPr>
              <w:pStyle w:val="TableText"/>
            </w:pPr>
            <w:r>
              <w:rPr>
                <w:sz w:val="15"/>
              </w:rPr>
              <w:t>Feel appreciated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6AA5F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5592C62A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0AF7E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Mon.-Fri., Dec. 7-11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9544F" w14:textId="77777777" w:rsidR="00CA474C" w:rsidRDefault="00000000">
            <w:pPr>
              <w:pStyle w:val="TableText"/>
            </w:pPr>
            <w:r>
              <w:rPr>
                <w:sz w:val="15"/>
              </w:rPr>
              <w:t>Impact proof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43BE3" w14:textId="77777777" w:rsidR="00CA474C" w:rsidRDefault="00000000">
            <w:pPr>
              <w:pStyle w:val="TableText"/>
            </w:pPr>
            <w:r>
              <w:rPr>
                <w:sz w:val="15"/>
              </w:rPr>
              <w:t>Share a story, outcome, testimonial, or progress update.</w:t>
            </w:r>
          </w:p>
        </w:tc>
        <w:tc>
          <w:tcPr>
            <w:tcW w:w="1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A1721" w14:textId="77777777" w:rsidR="00CA474C" w:rsidRDefault="00000000">
            <w:pPr>
              <w:pStyle w:val="TableText"/>
            </w:pPr>
            <w:r>
              <w:rPr>
                <w:sz w:val="15"/>
              </w:rPr>
              <w:t>Understand impact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63882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512558F1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92BAC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Mon.-Fri., Dec. 14-18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D4D57" w14:textId="77777777" w:rsidR="00CA474C" w:rsidRDefault="00000000">
            <w:pPr>
              <w:pStyle w:val="TableText"/>
            </w:pPr>
            <w:r>
              <w:rPr>
                <w:sz w:val="15"/>
              </w:rPr>
              <w:t>Year-end opportunity</w:t>
            </w:r>
          </w:p>
        </w:tc>
        <w:tc>
          <w:tcPr>
            <w:tcW w:w="3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CACCA" w14:textId="77777777" w:rsidR="00CA474C" w:rsidRDefault="00000000">
            <w:pPr>
              <w:pStyle w:val="TableText"/>
            </w:pPr>
            <w:r>
              <w:rPr>
                <w:sz w:val="15"/>
              </w:rPr>
              <w:t>Connect the remaining need to a specific donor-funded result.</w:t>
            </w:r>
          </w:p>
        </w:tc>
        <w:tc>
          <w:tcPr>
            <w:tcW w:w="12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DA556" w14:textId="77777777" w:rsidR="00CA474C" w:rsidRDefault="00000000">
            <w:pPr>
              <w:pStyle w:val="TableText"/>
            </w:pPr>
            <w:r>
              <w:rPr>
                <w:sz w:val="15"/>
              </w:rPr>
              <w:t>Give by Dec. 31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CB9EB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15D46A23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1F6F6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Mon.-Wed., Dec. 21-23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BF3F0" w14:textId="77777777" w:rsidR="00CA474C" w:rsidRDefault="00000000">
            <w:pPr>
              <w:pStyle w:val="TableText"/>
            </w:pPr>
            <w:r>
              <w:rPr>
                <w:sz w:val="15"/>
              </w:rPr>
              <w:t>Personal outreach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A1D59" w14:textId="77777777" w:rsidR="00CA474C" w:rsidRDefault="00000000">
            <w:pPr>
              <w:pStyle w:val="TableText"/>
            </w:pPr>
            <w:r>
              <w:rPr>
                <w:sz w:val="15"/>
              </w:rPr>
              <w:t>Call priority donors, open proposals, lapsed donors, and incomplete pledges.</w:t>
            </w:r>
          </w:p>
        </w:tc>
        <w:tc>
          <w:tcPr>
            <w:tcW w:w="1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4AD08" w14:textId="77777777" w:rsidR="00CA474C" w:rsidRDefault="00000000">
            <w:pPr>
              <w:pStyle w:val="TableText"/>
            </w:pPr>
            <w:r>
              <w:rPr>
                <w:sz w:val="15"/>
              </w:rPr>
              <w:t>Talk / decide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EF39A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6AF930C1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878B1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Thu.-Fri., Dec. 24-25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AC5B7" w14:textId="77777777" w:rsidR="00CA474C" w:rsidRDefault="00000000">
            <w:pPr>
              <w:pStyle w:val="TableText"/>
            </w:pPr>
            <w:r>
              <w:rPr>
                <w:sz w:val="15"/>
              </w:rPr>
              <w:t>Holiday pause</w:t>
            </w:r>
          </w:p>
        </w:tc>
        <w:tc>
          <w:tcPr>
            <w:tcW w:w="3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FC5CA" w14:textId="77777777" w:rsidR="00CA474C" w:rsidRDefault="00000000">
            <w:pPr>
              <w:pStyle w:val="TableText"/>
            </w:pPr>
            <w:r>
              <w:rPr>
                <w:sz w:val="15"/>
              </w:rPr>
              <w:t>Use only mission-appropriate gratitude or previously planned seasonal messages.</w:t>
            </w:r>
          </w:p>
        </w:tc>
        <w:tc>
          <w:tcPr>
            <w:tcW w:w="12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394BA" w14:textId="77777777" w:rsidR="00CA474C" w:rsidRDefault="00000000">
            <w:pPr>
              <w:pStyle w:val="TableText"/>
            </w:pPr>
            <w:r>
              <w:rPr>
                <w:sz w:val="15"/>
              </w:rPr>
              <w:t>Feel connected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D5BD8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68F3D1EE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03A4C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Mon., Dec. 28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5BE2" w14:textId="77777777" w:rsidR="00CA474C" w:rsidRDefault="00000000">
            <w:pPr>
              <w:pStyle w:val="TableText"/>
            </w:pPr>
            <w:r>
              <w:rPr>
                <w:sz w:val="15"/>
              </w:rPr>
              <w:t>Final-week launch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6EB0E" w14:textId="77777777" w:rsidR="00CA474C" w:rsidRDefault="00000000">
            <w:pPr>
              <w:pStyle w:val="TableText"/>
            </w:pPr>
            <w:r>
              <w:rPr>
                <w:sz w:val="15"/>
              </w:rPr>
              <w:t>State progress, remaining opportunity, deadline, and giving options.</w:t>
            </w:r>
          </w:p>
        </w:tc>
        <w:tc>
          <w:tcPr>
            <w:tcW w:w="1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45EF6" w14:textId="77777777" w:rsidR="00CA474C" w:rsidRDefault="00000000">
            <w:pPr>
              <w:pStyle w:val="TableText"/>
            </w:pPr>
            <w:r>
              <w:rPr>
                <w:sz w:val="15"/>
              </w:rPr>
              <w:t>Give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BEC44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7EC7C392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98082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Wed., Dec. 30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3EE65" w14:textId="77777777" w:rsidR="00CA474C" w:rsidRDefault="00000000">
            <w:pPr>
              <w:pStyle w:val="TableText"/>
            </w:pPr>
            <w:r>
              <w:rPr>
                <w:sz w:val="15"/>
              </w:rPr>
              <w:t>48-hour reminder</w:t>
            </w:r>
          </w:p>
        </w:tc>
        <w:tc>
          <w:tcPr>
            <w:tcW w:w="3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D5335" w14:textId="77777777" w:rsidR="00CA474C" w:rsidRDefault="00000000">
            <w:pPr>
              <w:pStyle w:val="TableText"/>
            </w:pPr>
            <w:r>
              <w:rPr>
                <w:sz w:val="15"/>
              </w:rPr>
              <w:t>Use a short message with one story, one need, and one action.</w:t>
            </w:r>
          </w:p>
        </w:tc>
        <w:tc>
          <w:tcPr>
            <w:tcW w:w="12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E1322" w14:textId="77777777" w:rsidR="00CA474C" w:rsidRDefault="00000000">
            <w:pPr>
              <w:pStyle w:val="TableText"/>
            </w:pPr>
            <w:r>
              <w:rPr>
                <w:sz w:val="15"/>
              </w:rPr>
              <w:t>Give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0FB5C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5A5A9141" w14:textId="77777777">
        <w:trPr>
          <w:cantSplit/>
        </w:trP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6BF5C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Thu., Dec. 31 AM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80810" w14:textId="77777777" w:rsidR="00CA474C" w:rsidRDefault="00000000">
            <w:pPr>
              <w:pStyle w:val="TableText"/>
            </w:pPr>
            <w:r>
              <w:rPr>
                <w:sz w:val="15"/>
              </w:rPr>
              <w:t>Final day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A06E8" w14:textId="77777777" w:rsidR="00CA474C" w:rsidRDefault="00000000">
            <w:pPr>
              <w:pStyle w:val="TableText"/>
            </w:pPr>
            <w:r>
              <w:rPr>
                <w:sz w:val="15"/>
              </w:rPr>
              <w:t>Remind donors of the deadline and provide direct assistance if needed.</w:t>
            </w:r>
          </w:p>
        </w:tc>
        <w:tc>
          <w:tcPr>
            <w:tcW w:w="1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7DBDC" w14:textId="77777777" w:rsidR="00CA474C" w:rsidRDefault="00000000">
            <w:pPr>
              <w:pStyle w:val="TableText"/>
            </w:pPr>
            <w:r>
              <w:rPr>
                <w:sz w:val="15"/>
              </w:rPr>
              <w:t>Give today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A37C6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  <w:tr w:rsidR="00CA474C" w14:paraId="021A09BF" w14:textId="77777777">
        <w:trPr>
          <w:cantSplit/>
        </w:trPr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351CA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Thu., Dec. 31 PM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590CB" w14:textId="77777777" w:rsidR="00CA474C" w:rsidRDefault="00000000">
            <w:pPr>
              <w:pStyle w:val="TableText"/>
            </w:pPr>
            <w:r>
              <w:rPr>
                <w:sz w:val="15"/>
              </w:rPr>
              <w:t>Final hours</w:t>
            </w:r>
          </w:p>
        </w:tc>
        <w:tc>
          <w:tcPr>
            <w:tcW w:w="3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0907E" w14:textId="77777777" w:rsidR="00CA474C" w:rsidRDefault="00000000">
            <w:pPr>
              <w:pStyle w:val="TableText"/>
            </w:pPr>
            <w:r>
              <w:rPr>
                <w:sz w:val="15"/>
              </w:rPr>
              <w:t>Send only to appropriate, engaged segments; keep the message concise.</w:t>
            </w:r>
          </w:p>
        </w:tc>
        <w:tc>
          <w:tcPr>
            <w:tcW w:w="12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3F5F5" w14:textId="77777777" w:rsidR="00CA474C" w:rsidRDefault="00000000">
            <w:pPr>
              <w:pStyle w:val="TableText"/>
            </w:pPr>
            <w:r>
              <w:rPr>
                <w:sz w:val="15"/>
              </w:rPr>
              <w:t>Give now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F9D15" w14:textId="77777777" w:rsidR="00CA474C" w:rsidRDefault="00000000">
            <w:pPr>
              <w:pStyle w:val="TableText"/>
              <w:jc w:val="center"/>
            </w:pPr>
            <w:r>
              <w:rPr>
                <w:sz w:val="15"/>
              </w:rPr>
              <w:t>_____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30BAD33D" w14:textId="77777777">
        <w:trPr>
          <w:cantSplit/>
        </w:trPr>
        <w:tc>
          <w:tcPr>
            <w:tcW w:w="9360" w:type="dxa"/>
            <w:shd w:val="clear" w:color="auto" w:fill="E8F5F3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BF49311" w14:textId="77777777" w:rsidR="00CA474C" w:rsidRDefault="00000000">
            <w:pPr>
              <w:pStyle w:val="Callout"/>
            </w:pPr>
            <w:r>
              <w:t xml:space="preserve">Cadence rule  </w:t>
            </w:r>
            <w:r>
              <w:rPr>
                <w:b w:val="0"/>
                <w:color w:val="263543"/>
                <w:sz w:val="20"/>
              </w:rPr>
              <w:t>Segment before increasing frequency. Suppress donors after they give when appropriate, and replace additional asks with prompt appreciation.</w:t>
            </w:r>
          </w:p>
        </w:tc>
      </w:tr>
    </w:tbl>
    <w:p w14:paraId="0A469066" w14:textId="77777777" w:rsidR="00CA474C" w:rsidRDefault="00000000">
      <w:pPr>
        <w:pStyle w:val="Heading2"/>
      </w:pPr>
      <w:r>
        <w:t>Channel Coordination Check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CA474C" w14:paraId="2E7C4CD7" w14:textId="77777777">
        <w:trPr>
          <w:cantSplit/>
          <w:tblHeader/>
        </w:trPr>
        <w:tc>
          <w:tcPr>
            <w:tcW w:w="18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E463C" w14:textId="77777777" w:rsidR="00CA474C" w:rsidRDefault="00000000">
            <w:pPr>
              <w:pStyle w:val="TableHeader"/>
            </w:pPr>
            <w:r>
              <w:t>Channel</w:t>
            </w:r>
          </w:p>
        </w:tc>
        <w:tc>
          <w:tcPr>
            <w:tcW w:w="75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959F1" w14:textId="77777777" w:rsidR="00CA474C" w:rsidRDefault="00000000">
            <w:pPr>
              <w:pStyle w:val="TableHeader"/>
            </w:pPr>
            <w:r>
              <w:t>Final coordination entry</w:t>
            </w:r>
          </w:p>
        </w:tc>
      </w:tr>
      <w:tr w:rsidR="00CA474C" w14:paraId="147EBAD9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CA939" w14:textId="77777777" w:rsidR="00CA474C" w:rsidRDefault="00000000">
            <w:pPr>
              <w:pStyle w:val="TableText"/>
            </w:pPr>
            <w:r>
              <w:rPr>
                <w:sz w:val="17"/>
              </w:rPr>
              <w:t>Direct mail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4D6BC" w14:textId="77777777" w:rsidR="00CA474C" w:rsidRDefault="00000000">
            <w:pPr>
              <w:pStyle w:val="TableText"/>
            </w:pPr>
            <w:r>
              <w:rPr>
                <w:sz w:val="17"/>
              </w:rPr>
              <w:t>Drop date: ________  |  In-home target: ________  |  Reply code: ________</w:t>
            </w:r>
          </w:p>
        </w:tc>
      </w:tr>
      <w:tr w:rsidR="00CA474C" w14:paraId="79C48F23" w14:textId="77777777">
        <w:trPr>
          <w:cantSplit/>
        </w:trPr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2D46C" w14:textId="77777777" w:rsidR="00CA474C" w:rsidRDefault="00000000">
            <w:pPr>
              <w:pStyle w:val="TableText"/>
            </w:pPr>
            <w:r>
              <w:rPr>
                <w:sz w:val="17"/>
              </w:rPr>
              <w:t>Email</w:t>
            </w:r>
          </w:p>
        </w:tc>
        <w:tc>
          <w:tcPr>
            <w:tcW w:w="7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C18EA" w14:textId="77777777" w:rsidR="00CA474C" w:rsidRDefault="00000000">
            <w:pPr>
              <w:pStyle w:val="TableText"/>
            </w:pPr>
            <w:r>
              <w:rPr>
                <w:sz w:val="17"/>
              </w:rPr>
              <w:t>Segments: ____________________  |  Suppression rule: ____________________</w:t>
            </w:r>
          </w:p>
        </w:tc>
      </w:tr>
      <w:tr w:rsidR="00CA474C" w14:paraId="57B56C61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43285" w14:textId="77777777" w:rsidR="00CA474C" w:rsidRDefault="00000000">
            <w:pPr>
              <w:pStyle w:val="TableText"/>
            </w:pPr>
            <w:r>
              <w:rPr>
                <w:sz w:val="17"/>
              </w:rPr>
              <w:t>Telephone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2D516" w14:textId="77777777" w:rsidR="00CA474C" w:rsidRDefault="00000000">
            <w:pPr>
              <w:pStyle w:val="TableText"/>
            </w:pPr>
            <w:r>
              <w:rPr>
                <w:sz w:val="17"/>
              </w:rPr>
              <w:t>Priority groups: ______________  |  Call window: _______________________</w:t>
            </w:r>
          </w:p>
        </w:tc>
      </w:tr>
      <w:tr w:rsidR="00CA474C" w14:paraId="6F63AE2E" w14:textId="77777777">
        <w:trPr>
          <w:cantSplit/>
        </w:trPr>
        <w:tc>
          <w:tcPr>
            <w:tcW w:w="18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BB8B3" w14:textId="77777777" w:rsidR="00CA474C" w:rsidRDefault="00000000">
            <w:pPr>
              <w:pStyle w:val="TableText"/>
            </w:pPr>
            <w:r>
              <w:rPr>
                <w:sz w:val="17"/>
              </w:rPr>
              <w:t>Text</w:t>
            </w:r>
          </w:p>
        </w:tc>
        <w:tc>
          <w:tcPr>
            <w:tcW w:w="7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9A7B5" w14:textId="77777777" w:rsidR="00CA474C" w:rsidRDefault="00000000">
            <w:pPr>
              <w:pStyle w:val="TableText"/>
            </w:pPr>
            <w:r>
              <w:rPr>
                <w:sz w:val="17"/>
              </w:rPr>
              <w:t>Consent-confirmed audience: ______  |  Send dates: ________________________</w:t>
            </w:r>
          </w:p>
        </w:tc>
      </w:tr>
      <w:tr w:rsidR="00CA474C" w14:paraId="4B2C0C44" w14:textId="77777777">
        <w:trPr>
          <w:cantSplit/>
        </w:trPr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E1C56" w14:textId="77777777" w:rsidR="00CA474C" w:rsidRDefault="00000000">
            <w:pPr>
              <w:pStyle w:val="TableText"/>
            </w:pPr>
            <w:r>
              <w:rPr>
                <w:sz w:val="17"/>
              </w:rPr>
              <w:t>Website/social</w:t>
            </w:r>
          </w:p>
        </w:tc>
        <w:tc>
          <w:tcPr>
            <w:tcW w:w="7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1F25F" w14:textId="77777777" w:rsidR="00CA474C" w:rsidRDefault="00000000">
            <w:pPr>
              <w:pStyle w:val="TableText"/>
            </w:pPr>
            <w:r>
              <w:rPr>
                <w:sz w:val="17"/>
              </w:rPr>
              <w:t>Landing page owner: __________  |  Posting calendar: _________________</w:t>
            </w:r>
          </w:p>
        </w:tc>
      </w:tr>
    </w:tbl>
    <w:p w14:paraId="73DF59CD" w14:textId="77777777" w:rsidR="00CA474C" w:rsidRDefault="00000000">
      <w:pPr>
        <w:pStyle w:val="Kicker"/>
        <w:pageBreakBefore/>
      </w:pPr>
      <w:r>
        <w:lastRenderedPageBreak/>
        <w:t>YEAR-END APPRECIATION CHECKLIST</w:t>
      </w:r>
    </w:p>
    <w:p w14:paraId="5A850A27" w14:textId="77777777" w:rsidR="00CA474C" w:rsidRDefault="00000000">
      <w:pPr>
        <w:pStyle w:val="Heading1"/>
        <w:spacing w:before="0"/>
      </w:pPr>
      <w:r>
        <w:t>Make Every Gift the Beginning of the Next Relationship</w:t>
      </w:r>
    </w:p>
    <w:p w14:paraId="3CE35D99" w14:textId="77777777" w:rsidR="00CA474C" w:rsidRDefault="00000000">
      <w:pPr>
        <w:pStyle w:val="Small"/>
      </w:pPr>
      <w:r>
        <w:t>Appreciation should be prompt, personal, specific, accurate, and matched to the donor's significance and preferences.</w:t>
      </w:r>
    </w:p>
    <w:p w14:paraId="798A91D7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700"/>
        <w:gridCol w:w="5860"/>
        <w:gridCol w:w="1180"/>
      </w:tblGrid>
      <w:tr w:rsidR="00CA474C" w14:paraId="1CFE406B" w14:textId="77777777">
        <w:trPr>
          <w:cantSplit/>
          <w:tblHeader/>
        </w:trPr>
        <w:tc>
          <w:tcPr>
            <w:tcW w:w="62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9EE73" w14:textId="77777777" w:rsidR="00CA474C" w:rsidRDefault="00000000">
            <w:pPr>
              <w:pStyle w:val="TableHeader"/>
              <w:jc w:val="center"/>
            </w:pPr>
            <w:r>
              <w:t>Done</w:t>
            </w:r>
          </w:p>
        </w:tc>
        <w:tc>
          <w:tcPr>
            <w:tcW w:w="17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D89AC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58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7416F" w14:textId="77777777" w:rsidR="00CA474C" w:rsidRDefault="00000000">
            <w:pPr>
              <w:pStyle w:val="TableHeader"/>
            </w:pPr>
            <w:r>
              <w:t>Appreciation action</w:t>
            </w:r>
          </w:p>
        </w:tc>
        <w:tc>
          <w:tcPr>
            <w:tcW w:w="118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610C5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</w:tr>
      <w:tr w:rsidR="00CA474C" w14:paraId="32DE6BEB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9FD18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F72B5" w14:textId="77777777" w:rsidR="00CA474C" w:rsidRDefault="00000000">
            <w:pPr>
              <w:pStyle w:val="TableText"/>
            </w:pPr>
            <w:r>
              <w:t>Within minutes/hours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086A8" w14:textId="77777777" w:rsidR="00CA474C" w:rsidRDefault="00000000">
            <w:pPr>
              <w:pStyle w:val="TableText"/>
            </w:pPr>
            <w:r>
              <w:t>Send an accurate receipt or acknowledgment confirming the gift.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AD37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341210B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EF65B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DCEB0" w14:textId="77777777" w:rsidR="00CA474C" w:rsidRDefault="00000000">
            <w:pPr>
              <w:pStyle w:val="TableText"/>
            </w:pPr>
            <w:r>
              <w:t>Within 24-48 hours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EF04E" w14:textId="77777777" w:rsidR="00CA474C" w:rsidRDefault="00000000">
            <w:pPr>
              <w:pStyle w:val="TableText"/>
            </w:pPr>
            <w:r>
              <w:t>Thank priority, major, new, upgraded, monthly, and long-term donors personally.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5CD4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2BD32E07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D6D53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7EA30" w14:textId="77777777" w:rsidR="00CA474C" w:rsidRDefault="00000000">
            <w:pPr>
              <w:pStyle w:val="TableText"/>
            </w:pPr>
            <w:r>
              <w:t>Within 3 business days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FEF88" w14:textId="77777777" w:rsidR="00CA474C" w:rsidRDefault="00000000">
            <w:pPr>
              <w:pStyle w:val="TableText"/>
            </w:pPr>
            <w:r>
              <w:t>Resolve failed gifts, duplicate gifts, address questions, and correct records.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501CF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061B02C3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9957D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8B92C" w14:textId="77777777" w:rsidR="00CA474C" w:rsidRDefault="00000000">
            <w:pPr>
              <w:pStyle w:val="TableText"/>
            </w:pPr>
            <w:r>
              <w:t>Within 5 business days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4A1E1" w14:textId="77777777" w:rsidR="00CA474C" w:rsidRDefault="00000000">
            <w:pPr>
              <w:pStyle w:val="TableText"/>
            </w:pPr>
            <w:r>
              <w:t>Send a warm acknowledgment letter or email appropriate to the donor and gift.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306DD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01B264CC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5A856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7DF9A" w14:textId="77777777" w:rsidR="00CA474C" w:rsidRDefault="00000000">
            <w:pPr>
              <w:pStyle w:val="TableText"/>
            </w:pPr>
            <w:r>
              <w:t>Within 1-2 weeks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A1A86" w14:textId="77777777" w:rsidR="00CA474C" w:rsidRDefault="00000000">
            <w:pPr>
              <w:pStyle w:val="TableText"/>
            </w:pPr>
            <w:r>
              <w:t>Report campaign progress or results and connect generosity to impact.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838A9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109D75C8" w14:textId="77777777">
        <w:trPr>
          <w:cantSplit/>
        </w:trPr>
        <w:tc>
          <w:tcPr>
            <w:tcW w:w="6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18F79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9D2A1" w14:textId="77777777" w:rsidR="00CA474C" w:rsidRDefault="00000000">
            <w:pPr>
              <w:pStyle w:val="TableText"/>
            </w:pPr>
            <w:r>
              <w:t>By Jan. 15</w:t>
            </w:r>
          </w:p>
        </w:tc>
        <w:tc>
          <w:tcPr>
            <w:tcW w:w="58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2216A" w14:textId="77777777" w:rsidR="00CA474C" w:rsidRDefault="00000000">
            <w:pPr>
              <w:pStyle w:val="TableText"/>
            </w:pPr>
            <w:r>
              <w:t>Complete promised follow-up, tribute notices, pledge reminders, and fulfillment.</w:t>
            </w:r>
          </w:p>
        </w:tc>
        <w:tc>
          <w:tcPr>
            <w:tcW w:w="118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89873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01DC580" w14:textId="77777777">
        <w:trPr>
          <w:cantSplit/>
        </w:trPr>
        <w:tc>
          <w:tcPr>
            <w:tcW w:w="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C32D5" w14:textId="77777777" w:rsidR="00CA474C" w:rsidRDefault="00000000">
            <w:pPr>
              <w:pStyle w:val="TableText"/>
              <w:jc w:val="center"/>
            </w:pPr>
            <w:r>
              <w:t>☐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6B931" w14:textId="77777777" w:rsidR="00CA474C" w:rsidRDefault="00000000">
            <w:pPr>
              <w:pStyle w:val="TableText"/>
            </w:pPr>
            <w:r>
              <w:t>By Jan. 29</w:t>
            </w:r>
          </w:p>
        </w:tc>
        <w:tc>
          <w:tcPr>
            <w:tcW w:w="5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B8642" w14:textId="77777777" w:rsidR="00CA474C" w:rsidRDefault="00000000">
            <w:pPr>
              <w:pStyle w:val="TableText"/>
            </w:pPr>
            <w:r>
              <w:t>Welcome new donors and invite them to take a next relational step.</w:t>
            </w:r>
          </w:p>
        </w:tc>
        <w:tc>
          <w:tcPr>
            <w:tcW w:w="1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A7CAD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</w:tbl>
    <w:p w14:paraId="512E925F" w14:textId="77777777" w:rsidR="00CA474C" w:rsidRDefault="00000000">
      <w:pPr>
        <w:pStyle w:val="Heading2"/>
      </w:pPr>
      <w:r>
        <w:t>Priority Donor Groups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460"/>
      </w:tblGrid>
      <w:tr w:rsidR="00CA474C" w14:paraId="17DE0F72" w14:textId="77777777">
        <w:trPr>
          <w:cantSplit/>
          <w:tblHeader/>
        </w:trPr>
        <w:tc>
          <w:tcPr>
            <w:tcW w:w="19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21C4F" w14:textId="77777777" w:rsidR="00CA474C" w:rsidRDefault="00000000">
            <w:pPr>
              <w:pStyle w:val="TableHeader"/>
            </w:pPr>
            <w:r>
              <w:t>Group</w:t>
            </w:r>
          </w:p>
        </w:tc>
        <w:tc>
          <w:tcPr>
            <w:tcW w:w="746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4B55B" w14:textId="77777777" w:rsidR="00CA474C" w:rsidRDefault="00000000">
            <w:pPr>
              <w:pStyle w:val="TableHeader"/>
            </w:pPr>
            <w:r>
              <w:t>Appreciation emphasis</w:t>
            </w:r>
          </w:p>
        </w:tc>
      </w:tr>
      <w:tr w:rsidR="00CA474C" w14:paraId="6E486E98" w14:textId="77777777">
        <w:trPr>
          <w:cantSplit/>
        </w:trPr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35967" w14:textId="77777777" w:rsidR="00CA474C" w:rsidRDefault="00000000">
            <w:pPr>
              <w:pStyle w:val="TableText"/>
            </w:pPr>
            <w:r>
              <w:rPr>
                <w:sz w:val="17"/>
              </w:rPr>
              <w:t>New donors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99C92" w14:textId="77777777" w:rsidR="00CA474C" w:rsidRDefault="00000000">
            <w:pPr>
              <w:pStyle w:val="TableText"/>
            </w:pPr>
            <w:r>
              <w:rPr>
                <w:sz w:val="17"/>
              </w:rPr>
              <w:t>Welcome them; explain what happens next; ask about interests and preferences.</w:t>
            </w:r>
          </w:p>
        </w:tc>
      </w:tr>
      <w:tr w:rsidR="00CA474C" w14:paraId="39212AD3" w14:textId="77777777">
        <w:trPr>
          <w:cantSplit/>
        </w:trPr>
        <w:tc>
          <w:tcPr>
            <w:tcW w:w="1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7AA16" w14:textId="77777777" w:rsidR="00CA474C" w:rsidRDefault="00000000">
            <w:pPr>
              <w:pStyle w:val="TableText"/>
            </w:pPr>
            <w:r>
              <w:rPr>
                <w:sz w:val="17"/>
              </w:rPr>
              <w:t>Monthly donors</w:t>
            </w:r>
          </w:p>
        </w:tc>
        <w:tc>
          <w:tcPr>
            <w:tcW w:w="7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50B58" w14:textId="77777777" w:rsidR="00CA474C" w:rsidRDefault="00000000">
            <w:pPr>
              <w:pStyle w:val="TableText"/>
            </w:pPr>
            <w:r>
              <w:rPr>
                <w:sz w:val="17"/>
              </w:rPr>
              <w:t>Recognize continuing commitment and cumulative impact.</w:t>
            </w:r>
          </w:p>
        </w:tc>
      </w:tr>
      <w:tr w:rsidR="00CA474C" w14:paraId="12A75BB4" w14:textId="77777777">
        <w:trPr>
          <w:cantSplit/>
        </w:trPr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4C428" w14:textId="77777777" w:rsidR="00CA474C" w:rsidRDefault="00000000">
            <w:pPr>
              <w:pStyle w:val="TableText"/>
            </w:pPr>
            <w:r>
              <w:rPr>
                <w:sz w:val="17"/>
              </w:rPr>
              <w:t>Upgraded donors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614C3" w14:textId="77777777" w:rsidR="00CA474C" w:rsidRDefault="00000000">
            <w:pPr>
              <w:pStyle w:val="TableText"/>
            </w:pPr>
            <w:r>
              <w:rPr>
                <w:sz w:val="17"/>
              </w:rPr>
              <w:t>Acknowledge the increased confidence represented by the larger gift.</w:t>
            </w:r>
          </w:p>
        </w:tc>
      </w:tr>
      <w:tr w:rsidR="00CA474C" w14:paraId="658CDA95" w14:textId="77777777">
        <w:trPr>
          <w:cantSplit/>
        </w:trPr>
        <w:tc>
          <w:tcPr>
            <w:tcW w:w="1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5BA38" w14:textId="77777777" w:rsidR="00CA474C" w:rsidRDefault="00000000">
            <w:pPr>
              <w:pStyle w:val="TableText"/>
            </w:pPr>
            <w:r>
              <w:rPr>
                <w:sz w:val="17"/>
              </w:rPr>
              <w:t>Major donors</w:t>
            </w:r>
          </w:p>
        </w:tc>
        <w:tc>
          <w:tcPr>
            <w:tcW w:w="7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5C82A" w14:textId="77777777" w:rsidR="00CA474C" w:rsidRDefault="00000000">
            <w:pPr>
              <w:pStyle w:val="TableText"/>
            </w:pPr>
            <w:r>
              <w:rPr>
                <w:sz w:val="17"/>
              </w:rPr>
              <w:t>Use executive, board, or relationship-manager outreach appropriate to the relationship.</w:t>
            </w:r>
          </w:p>
        </w:tc>
      </w:tr>
      <w:tr w:rsidR="00CA474C" w14:paraId="49B2937A" w14:textId="77777777">
        <w:trPr>
          <w:cantSplit/>
        </w:trPr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A728C" w14:textId="77777777" w:rsidR="00CA474C" w:rsidRDefault="00000000">
            <w:pPr>
              <w:pStyle w:val="TableText"/>
            </w:pPr>
            <w:r>
              <w:rPr>
                <w:sz w:val="17"/>
              </w:rPr>
              <w:t>Lapsed/reactivated donors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95EB2" w14:textId="77777777" w:rsidR="00CA474C" w:rsidRDefault="00000000">
            <w:pPr>
              <w:pStyle w:val="TableText"/>
            </w:pPr>
            <w:r>
              <w:rPr>
                <w:sz w:val="17"/>
              </w:rPr>
              <w:t>Welcome them back without emphasizing the lapse or creating guilt.</w:t>
            </w:r>
          </w:p>
        </w:tc>
      </w:tr>
      <w:tr w:rsidR="00CA474C" w14:paraId="4A31BE65" w14:textId="77777777">
        <w:trPr>
          <w:cantSplit/>
        </w:trPr>
        <w:tc>
          <w:tcPr>
            <w:tcW w:w="1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08DBA" w14:textId="77777777" w:rsidR="00CA474C" w:rsidRDefault="00000000">
            <w:pPr>
              <w:pStyle w:val="TableText"/>
            </w:pPr>
            <w:r>
              <w:rPr>
                <w:sz w:val="17"/>
              </w:rPr>
              <w:t>Tribute donors</w:t>
            </w:r>
          </w:p>
        </w:tc>
        <w:tc>
          <w:tcPr>
            <w:tcW w:w="7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A13AD" w14:textId="77777777" w:rsidR="00CA474C" w:rsidRDefault="00000000">
            <w:pPr>
              <w:pStyle w:val="TableText"/>
            </w:pPr>
            <w:r>
              <w:rPr>
                <w:sz w:val="17"/>
              </w:rPr>
              <w:t>Confirm recognition and complete any notification promised.</w:t>
            </w:r>
          </w:p>
        </w:tc>
      </w:tr>
      <w:tr w:rsidR="00CA474C" w14:paraId="3CEDD130" w14:textId="77777777">
        <w:trPr>
          <w:cantSplit/>
        </w:trPr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20DEB" w14:textId="77777777" w:rsidR="00CA474C" w:rsidRDefault="00000000">
            <w:pPr>
              <w:pStyle w:val="TableText"/>
            </w:pPr>
            <w:r>
              <w:rPr>
                <w:sz w:val="17"/>
              </w:rPr>
              <w:t>Non-donors who engaged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CD96B" w14:textId="77777777" w:rsidR="00CA474C" w:rsidRDefault="00000000">
            <w:pPr>
              <w:pStyle w:val="TableText"/>
            </w:pPr>
            <w:r>
              <w:rPr>
                <w:sz w:val="17"/>
              </w:rPr>
              <w:t>Thank them for attention, advocacy, volunteering, or sharing; keep the door open.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4169CB99" w14:textId="77777777">
        <w:trPr>
          <w:cantSplit/>
        </w:trPr>
        <w:tc>
          <w:tcPr>
            <w:tcW w:w="9360" w:type="dxa"/>
            <w:shd w:val="clear" w:color="auto" w:fill="E8F5F3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A7EE6D2" w14:textId="77777777" w:rsidR="00CA474C" w:rsidRDefault="00000000">
            <w:pPr>
              <w:pStyle w:val="Callout"/>
            </w:pPr>
            <w:r>
              <w:t xml:space="preserve">A useful thank-you answers three questions  </w:t>
            </w:r>
            <w:r>
              <w:rPr>
                <w:b w:val="0"/>
                <w:color w:val="263543"/>
                <w:sz w:val="20"/>
              </w:rPr>
              <w:t>Did you notice me? Did my gift matter? Do I understand what happens next?</w:t>
            </w:r>
          </w:p>
        </w:tc>
      </w:tr>
    </w:tbl>
    <w:p w14:paraId="12B48719" w14:textId="77777777" w:rsidR="00CA474C" w:rsidRDefault="00000000">
      <w:pPr>
        <w:pStyle w:val="Kicker"/>
        <w:pageBreakBefore/>
      </w:pPr>
      <w:r>
        <w:lastRenderedPageBreak/>
        <w:t>POST-CAMPAIGN FOLLOW-UP SCHEDULE</w:t>
      </w:r>
    </w:p>
    <w:p w14:paraId="32AF8DBE" w14:textId="77777777" w:rsidR="00CA474C" w:rsidRDefault="00000000">
      <w:pPr>
        <w:pStyle w:val="Heading1"/>
        <w:spacing w:before="0"/>
      </w:pPr>
      <w:r>
        <w:t>Close the Loop and Carry Momentum Forward</w:t>
      </w:r>
    </w:p>
    <w:p w14:paraId="13DD8CB1" w14:textId="77777777" w:rsidR="00CA474C" w:rsidRDefault="00000000">
      <w:pPr>
        <w:pStyle w:val="Small"/>
      </w:pPr>
      <w:r>
        <w:t>January objective: reconcile results, complete donor care, learn from performance, and convert campaign participation into lasting relationships.</w:t>
      </w:r>
    </w:p>
    <w:p w14:paraId="356B0D89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1200"/>
        <w:gridCol w:w="4520"/>
        <w:gridCol w:w="1500"/>
        <w:gridCol w:w="690"/>
      </w:tblGrid>
      <w:tr w:rsidR="00CA474C" w14:paraId="667247B0" w14:textId="77777777">
        <w:trPr>
          <w:cantSplit/>
          <w:tblHeader/>
        </w:trPr>
        <w:tc>
          <w:tcPr>
            <w:tcW w:w="145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31330" w14:textId="77777777" w:rsidR="00CA474C" w:rsidRDefault="00000000">
            <w:pPr>
              <w:pStyle w:val="TableHeader"/>
            </w:pPr>
            <w:r>
              <w:t>Timing</w:t>
            </w:r>
          </w:p>
        </w:tc>
        <w:tc>
          <w:tcPr>
            <w:tcW w:w="12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41126" w14:textId="77777777" w:rsidR="00CA474C" w:rsidRDefault="00000000">
            <w:pPr>
              <w:pStyle w:val="TableHeader"/>
            </w:pPr>
            <w:r>
              <w:t>Focus</w:t>
            </w:r>
          </w:p>
        </w:tc>
        <w:tc>
          <w:tcPr>
            <w:tcW w:w="452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82AA2E" w14:textId="77777777" w:rsidR="00CA474C" w:rsidRDefault="00000000">
            <w:pPr>
              <w:pStyle w:val="TableHeader"/>
            </w:pPr>
            <w:r>
              <w:t>Action</w:t>
            </w:r>
          </w:p>
        </w:tc>
        <w:tc>
          <w:tcPr>
            <w:tcW w:w="15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79C93" w14:textId="77777777" w:rsidR="00CA474C" w:rsidRDefault="00000000">
            <w:pPr>
              <w:pStyle w:val="TableHeader"/>
            </w:pPr>
            <w:r>
              <w:t>Lead</w:t>
            </w:r>
          </w:p>
        </w:tc>
        <w:tc>
          <w:tcPr>
            <w:tcW w:w="69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E8287" w14:textId="77777777" w:rsidR="00CA474C" w:rsidRDefault="00000000">
            <w:pPr>
              <w:pStyle w:val="TableHeader"/>
              <w:jc w:val="center"/>
            </w:pPr>
            <w:r>
              <w:t>Done</w:t>
            </w:r>
          </w:p>
        </w:tc>
      </w:tr>
      <w:tr w:rsidR="00CA474C" w14:paraId="78B64D7C" w14:textId="77777777">
        <w:trPr>
          <w:cantSplit/>
        </w:trPr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51230" w14:textId="77777777" w:rsidR="00CA474C" w:rsidRDefault="00000000">
            <w:pPr>
              <w:pStyle w:val="TableText"/>
            </w:pPr>
            <w:r>
              <w:t>Jan. 4-8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7A0D2" w14:textId="77777777" w:rsidR="00CA474C" w:rsidRDefault="00000000">
            <w:pPr>
              <w:pStyle w:val="TableText"/>
            </w:pPr>
            <w:r>
              <w:t>Reconcile</w:t>
            </w:r>
          </w:p>
        </w:tc>
        <w:tc>
          <w:tcPr>
            <w:tcW w:w="4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1428D" w14:textId="77777777" w:rsidR="00CA474C" w:rsidRDefault="00000000">
            <w:pPr>
              <w:pStyle w:val="TableText"/>
            </w:pPr>
            <w:r>
              <w:t>Reconcile gifts, deposits, designations, pledges, soft credits, match totals, and expenses.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2DFC8" w14:textId="77777777" w:rsidR="00CA474C" w:rsidRDefault="00000000">
            <w:pPr>
              <w:pStyle w:val="TableText"/>
            </w:pPr>
            <w:r>
              <w:t>Finance / Development</w:t>
            </w:r>
          </w:p>
        </w:tc>
        <w:tc>
          <w:tcPr>
            <w:tcW w:w="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FDD38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13ABE68A" w14:textId="77777777">
        <w:trPr>
          <w:cantSplit/>
        </w:trPr>
        <w:tc>
          <w:tcPr>
            <w:tcW w:w="145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78B55" w14:textId="77777777" w:rsidR="00CA474C" w:rsidRDefault="00000000">
            <w:pPr>
              <w:pStyle w:val="TableText"/>
            </w:pPr>
            <w:r>
              <w:t>Jan. 4-8</w:t>
            </w:r>
          </w:p>
        </w:tc>
        <w:tc>
          <w:tcPr>
            <w:tcW w:w="1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8F259" w14:textId="77777777" w:rsidR="00CA474C" w:rsidRDefault="00000000">
            <w:pPr>
              <w:pStyle w:val="TableText"/>
            </w:pPr>
            <w:r>
              <w:t>Donor care</w:t>
            </w:r>
          </w:p>
        </w:tc>
        <w:tc>
          <w:tcPr>
            <w:tcW w:w="4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64290" w14:textId="77777777" w:rsidR="00CA474C" w:rsidRDefault="00000000">
            <w:pPr>
              <w:pStyle w:val="TableText"/>
            </w:pPr>
            <w:r>
              <w:t>Complete receipts, acknowledgments, failed-gift outreach, and urgent questions.</w:t>
            </w:r>
          </w:p>
        </w:tc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43619" w14:textId="77777777" w:rsidR="00CA474C" w:rsidRDefault="00000000">
            <w:pPr>
              <w:pStyle w:val="TableText"/>
            </w:pPr>
            <w:r>
              <w:t>Donor Services</w:t>
            </w:r>
          </w:p>
        </w:tc>
        <w:tc>
          <w:tcPr>
            <w:tcW w:w="69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3C483C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7ADAFB6B" w14:textId="77777777">
        <w:trPr>
          <w:cantSplit/>
        </w:trPr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7ED36" w14:textId="77777777" w:rsidR="00CA474C" w:rsidRDefault="00000000">
            <w:pPr>
              <w:pStyle w:val="TableText"/>
            </w:pPr>
            <w:r>
              <w:t>Jan. 11-15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4097B" w14:textId="77777777" w:rsidR="00CA474C" w:rsidRDefault="00000000">
            <w:pPr>
              <w:pStyle w:val="TableText"/>
            </w:pPr>
            <w:r>
              <w:t>Fulfill</w:t>
            </w:r>
          </w:p>
        </w:tc>
        <w:tc>
          <w:tcPr>
            <w:tcW w:w="4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C9DDC" w14:textId="77777777" w:rsidR="00CA474C" w:rsidRDefault="00000000">
            <w:pPr>
              <w:pStyle w:val="TableText"/>
            </w:pPr>
            <w:r>
              <w:t>Complete tribute notices, premiums, reports, call-backs, and campaign promises.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0C329" w14:textId="77777777" w:rsidR="00CA474C" w:rsidRDefault="00000000">
            <w:pPr>
              <w:pStyle w:val="TableText"/>
            </w:pPr>
            <w:r>
              <w:t>Development</w:t>
            </w:r>
          </w:p>
        </w:tc>
        <w:tc>
          <w:tcPr>
            <w:tcW w:w="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BC54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348D5FC" w14:textId="77777777">
        <w:trPr>
          <w:cantSplit/>
        </w:trPr>
        <w:tc>
          <w:tcPr>
            <w:tcW w:w="145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C298A" w14:textId="77777777" w:rsidR="00CA474C" w:rsidRDefault="00000000">
            <w:pPr>
              <w:pStyle w:val="TableText"/>
            </w:pPr>
            <w:r>
              <w:t>Jan. 11-15</w:t>
            </w:r>
          </w:p>
        </w:tc>
        <w:tc>
          <w:tcPr>
            <w:tcW w:w="1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25BBD" w14:textId="77777777" w:rsidR="00CA474C" w:rsidRDefault="00000000">
            <w:pPr>
              <w:pStyle w:val="TableText"/>
            </w:pPr>
            <w:r>
              <w:t>Report</w:t>
            </w:r>
          </w:p>
        </w:tc>
        <w:tc>
          <w:tcPr>
            <w:tcW w:w="4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863BDF" w14:textId="77777777" w:rsidR="00CA474C" w:rsidRDefault="00000000">
            <w:pPr>
              <w:pStyle w:val="TableText"/>
            </w:pPr>
            <w:r>
              <w:t>Share preliminary results and gratitude with staff, board, volunteers, and donors.</w:t>
            </w:r>
          </w:p>
        </w:tc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3CE87" w14:textId="77777777" w:rsidR="00CA474C" w:rsidRDefault="00000000">
            <w:pPr>
              <w:pStyle w:val="TableText"/>
            </w:pPr>
            <w:r>
              <w:t>Leadership</w:t>
            </w:r>
          </w:p>
        </w:tc>
        <w:tc>
          <w:tcPr>
            <w:tcW w:w="69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6D5E8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8D80D7A" w14:textId="77777777">
        <w:trPr>
          <w:cantSplit/>
        </w:trPr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600EF" w14:textId="77777777" w:rsidR="00CA474C" w:rsidRDefault="00000000">
            <w:pPr>
              <w:pStyle w:val="TableText"/>
            </w:pPr>
            <w:r>
              <w:t>Jan. 18-22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EA93E" w14:textId="77777777" w:rsidR="00CA474C" w:rsidRDefault="00000000">
            <w:pPr>
              <w:pStyle w:val="TableText"/>
            </w:pPr>
            <w:r>
              <w:t>Analyze</w:t>
            </w:r>
          </w:p>
        </w:tc>
        <w:tc>
          <w:tcPr>
            <w:tcW w:w="4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F6FE3" w14:textId="77777777" w:rsidR="00CA474C" w:rsidRDefault="00000000">
            <w:pPr>
              <w:pStyle w:val="TableText"/>
            </w:pPr>
            <w:r>
              <w:t>Review results by audience, channel, message, timing, gift level, and donor status.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4326E" w14:textId="77777777" w:rsidR="00CA474C" w:rsidRDefault="00000000">
            <w:pPr>
              <w:pStyle w:val="TableText"/>
            </w:pPr>
            <w:r>
              <w:t>Development</w:t>
            </w:r>
          </w:p>
        </w:tc>
        <w:tc>
          <w:tcPr>
            <w:tcW w:w="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F6D1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66FADDA" w14:textId="77777777">
        <w:trPr>
          <w:cantSplit/>
        </w:trPr>
        <w:tc>
          <w:tcPr>
            <w:tcW w:w="145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9D52A" w14:textId="77777777" w:rsidR="00CA474C" w:rsidRDefault="00000000">
            <w:pPr>
              <w:pStyle w:val="TableText"/>
            </w:pPr>
            <w:r>
              <w:t>Jan. 18-22</w:t>
            </w:r>
          </w:p>
        </w:tc>
        <w:tc>
          <w:tcPr>
            <w:tcW w:w="1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38FEB" w14:textId="77777777" w:rsidR="00CA474C" w:rsidRDefault="00000000">
            <w:pPr>
              <w:pStyle w:val="TableText"/>
            </w:pPr>
            <w:r>
              <w:t>Retain</w:t>
            </w:r>
          </w:p>
        </w:tc>
        <w:tc>
          <w:tcPr>
            <w:tcW w:w="4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4CDF7" w14:textId="77777777" w:rsidR="00CA474C" w:rsidRDefault="00000000">
            <w:pPr>
              <w:pStyle w:val="TableText"/>
            </w:pPr>
            <w:r>
              <w:t>Launch new-donor welcome and monthly-giving/next-step paths where appropriate.</w:t>
            </w:r>
          </w:p>
        </w:tc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E3AEC" w14:textId="77777777" w:rsidR="00CA474C" w:rsidRDefault="00000000">
            <w:pPr>
              <w:pStyle w:val="TableText"/>
            </w:pPr>
            <w:r>
              <w:t>Development</w:t>
            </w:r>
          </w:p>
        </w:tc>
        <w:tc>
          <w:tcPr>
            <w:tcW w:w="69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7407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4AF52AD8" w14:textId="77777777">
        <w:trPr>
          <w:cantSplit/>
        </w:trPr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D61A2" w14:textId="77777777" w:rsidR="00CA474C" w:rsidRDefault="00000000">
            <w:pPr>
              <w:pStyle w:val="TableText"/>
            </w:pPr>
            <w:r>
              <w:t>Jan. 25-29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74ABC" w14:textId="77777777" w:rsidR="00CA474C" w:rsidRDefault="00000000">
            <w:pPr>
              <w:pStyle w:val="TableText"/>
            </w:pPr>
            <w:r>
              <w:t>Debrief</w:t>
            </w:r>
          </w:p>
        </w:tc>
        <w:tc>
          <w:tcPr>
            <w:tcW w:w="4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AE1B1" w14:textId="77777777" w:rsidR="00CA474C" w:rsidRDefault="00000000">
            <w:pPr>
              <w:pStyle w:val="TableText"/>
            </w:pPr>
            <w:r>
              <w:t>Document decisions, lessons, fixes, and recommendations for the next campaign.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12382" w14:textId="77777777" w:rsidR="00CA474C" w:rsidRDefault="00000000">
            <w:pPr>
              <w:pStyle w:val="TableText"/>
            </w:pPr>
            <w:r>
              <w:t>Campaign Team</w:t>
            </w:r>
          </w:p>
        </w:tc>
        <w:tc>
          <w:tcPr>
            <w:tcW w:w="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C14C1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  <w:tr w:rsidR="00CA474C" w14:paraId="52FD4AB1" w14:textId="77777777">
        <w:trPr>
          <w:cantSplit/>
        </w:trPr>
        <w:tc>
          <w:tcPr>
            <w:tcW w:w="145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98EB0" w14:textId="77777777" w:rsidR="00CA474C" w:rsidRDefault="00000000">
            <w:pPr>
              <w:pStyle w:val="TableText"/>
            </w:pPr>
            <w:r>
              <w:t>Jan. 25-29</w:t>
            </w:r>
          </w:p>
        </w:tc>
        <w:tc>
          <w:tcPr>
            <w:tcW w:w="12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3D731" w14:textId="77777777" w:rsidR="00CA474C" w:rsidRDefault="00000000">
            <w:pPr>
              <w:pStyle w:val="TableText"/>
            </w:pPr>
            <w:r>
              <w:t>Steward</w:t>
            </w:r>
          </w:p>
        </w:tc>
        <w:tc>
          <w:tcPr>
            <w:tcW w:w="452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36A29" w14:textId="77777777" w:rsidR="00CA474C" w:rsidRDefault="00000000">
            <w:pPr>
              <w:pStyle w:val="TableText"/>
            </w:pPr>
            <w:r>
              <w:t>Schedule first-quarter impact updates, calls, visits, and board touchpoints.</w:t>
            </w:r>
          </w:p>
        </w:tc>
        <w:tc>
          <w:tcPr>
            <w:tcW w:w="1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C8E4B" w14:textId="77777777" w:rsidR="00CA474C" w:rsidRDefault="00000000">
            <w:pPr>
              <w:pStyle w:val="TableText"/>
            </w:pPr>
            <w:r>
              <w:t>Development</w:t>
            </w:r>
          </w:p>
        </w:tc>
        <w:tc>
          <w:tcPr>
            <w:tcW w:w="69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BC690" w14:textId="77777777" w:rsidR="00CA474C" w:rsidRDefault="00000000">
            <w:pPr>
              <w:pStyle w:val="TableText"/>
              <w:jc w:val="center"/>
            </w:pPr>
            <w:r>
              <w:t>_____</w:t>
            </w:r>
          </w:p>
        </w:tc>
      </w:tr>
    </w:tbl>
    <w:p w14:paraId="5A2753F9" w14:textId="77777777" w:rsidR="00CA474C" w:rsidRDefault="00000000">
      <w:pPr>
        <w:pStyle w:val="Heading2"/>
      </w:pPr>
      <w:r>
        <w:t>Campaign Results Dashboard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2500"/>
        <w:gridCol w:w="4260"/>
      </w:tblGrid>
      <w:tr w:rsidR="00CA474C" w14:paraId="660603E8" w14:textId="77777777">
        <w:trPr>
          <w:cantSplit/>
          <w:tblHeader/>
        </w:trPr>
        <w:tc>
          <w:tcPr>
            <w:tcW w:w="26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D51F9" w14:textId="77777777" w:rsidR="00CA474C" w:rsidRDefault="00000000">
            <w:pPr>
              <w:pStyle w:val="TableHeader"/>
            </w:pPr>
            <w:r>
              <w:t>Measure</w:t>
            </w:r>
          </w:p>
        </w:tc>
        <w:tc>
          <w:tcPr>
            <w:tcW w:w="25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E811E" w14:textId="77777777" w:rsidR="00CA474C" w:rsidRDefault="00000000">
            <w:pPr>
              <w:pStyle w:val="TableHeader"/>
            </w:pPr>
            <w:r>
              <w:t>2026 result</w:t>
            </w:r>
          </w:p>
        </w:tc>
        <w:tc>
          <w:tcPr>
            <w:tcW w:w="42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C3691" w14:textId="77777777" w:rsidR="00CA474C" w:rsidRDefault="00000000">
            <w:pPr>
              <w:pStyle w:val="TableHeader"/>
            </w:pPr>
            <w:r>
              <w:t>Context / next action</w:t>
            </w:r>
          </w:p>
        </w:tc>
      </w:tr>
      <w:tr w:rsidR="00CA474C" w14:paraId="416B60F3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0D412" w14:textId="77777777" w:rsidR="00CA474C" w:rsidRDefault="00000000">
            <w:pPr>
              <w:pStyle w:val="TableText"/>
            </w:pPr>
            <w:r>
              <w:rPr>
                <w:sz w:val="17"/>
              </w:rPr>
              <w:t>Gross revenue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46285" w14:textId="77777777" w:rsidR="00CA474C" w:rsidRDefault="00000000">
            <w:pPr>
              <w:pStyle w:val="TableText"/>
            </w:pPr>
            <w:r>
              <w:rPr>
                <w:sz w:val="17"/>
              </w:rPr>
              <w:t>$____________</w:t>
            </w:r>
          </w:p>
        </w:tc>
        <w:tc>
          <w:tcPr>
            <w:tcW w:w="42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47A0E" w14:textId="77777777" w:rsidR="00CA474C" w:rsidRDefault="00000000">
            <w:pPr>
              <w:pStyle w:val="TableText"/>
            </w:pPr>
            <w:r>
              <w:rPr>
                <w:sz w:val="17"/>
              </w:rPr>
              <w:t>Goal: $____________</w:t>
            </w:r>
          </w:p>
        </w:tc>
      </w:tr>
      <w:tr w:rsidR="00CA474C" w14:paraId="3009E365" w14:textId="77777777">
        <w:trPr>
          <w:cantSplit/>
        </w:trPr>
        <w:tc>
          <w:tcPr>
            <w:tcW w:w="2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3197A" w14:textId="77777777" w:rsidR="00CA474C" w:rsidRDefault="00000000">
            <w:pPr>
              <w:pStyle w:val="TableText"/>
            </w:pPr>
            <w:r>
              <w:rPr>
                <w:sz w:val="17"/>
              </w:rPr>
              <w:t>Campaign expense</w:t>
            </w:r>
          </w:p>
        </w:tc>
        <w:tc>
          <w:tcPr>
            <w:tcW w:w="2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536F0" w14:textId="77777777" w:rsidR="00CA474C" w:rsidRDefault="00000000">
            <w:pPr>
              <w:pStyle w:val="TableText"/>
            </w:pPr>
            <w:r>
              <w:rPr>
                <w:sz w:val="17"/>
              </w:rPr>
              <w:t>$____________</w:t>
            </w:r>
          </w:p>
        </w:tc>
        <w:tc>
          <w:tcPr>
            <w:tcW w:w="42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951F5" w14:textId="77777777" w:rsidR="00CA474C" w:rsidRDefault="00000000">
            <w:pPr>
              <w:pStyle w:val="TableText"/>
            </w:pPr>
            <w:r>
              <w:rPr>
                <w:sz w:val="17"/>
              </w:rPr>
              <w:t>Budget: $__________</w:t>
            </w:r>
          </w:p>
        </w:tc>
      </w:tr>
      <w:tr w:rsidR="00CA474C" w14:paraId="20D57ADD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566CC" w14:textId="77777777" w:rsidR="00CA474C" w:rsidRDefault="00000000">
            <w:pPr>
              <w:pStyle w:val="TableText"/>
            </w:pPr>
            <w:r>
              <w:rPr>
                <w:sz w:val="17"/>
              </w:rPr>
              <w:t>Net revenue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5500F" w14:textId="77777777" w:rsidR="00CA474C" w:rsidRDefault="00000000">
            <w:pPr>
              <w:pStyle w:val="TableText"/>
            </w:pPr>
            <w:r>
              <w:rPr>
                <w:sz w:val="17"/>
              </w:rPr>
              <w:t>$____________</w:t>
            </w:r>
          </w:p>
        </w:tc>
        <w:tc>
          <w:tcPr>
            <w:tcW w:w="42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D593E" w14:textId="77777777" w:rsidR="00CA474C" w:rsidRDefault="00000000">
            <w:pPr>
              <w:pStyle w:val="TableText"/>
            </w:pPr>
            <w:r>
              <w:rPr>
                <w:sz w:val="17"/>
              </w:rPr>
              <w:t>Prior year: $_______</w:t>
            </w:r>
          </w:p>
        </w:tc>
      </w:tr>
      <w:tr w:rsidR="00CA474C" w14:paraId="6921A200" w14:textId="77777777">
        <w:trPr>
          <w:cantSplit/>
        </w:trPr>
        <w:tc>
          <w:tcPr>
            <w:tcW w:w="2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D733DF" w14:textId="77777777" w:rsidR="00CA474C" w:rsidRDefault="00000000">
            <w:pPr>
              <w:pStyle w:val="TableText"/>
            </w:pPr>
            <w:r>
              <w:rPr>
                <w:sz w:val="17"/>
              </w:rPr>
              <w:t>Donors / response rate</w:t>
            </w:r>
          </w:p>
        </w:tc>
        <w:tc>
          <w:tcPr>
            <w:tcW w:w="2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DC5B5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 / ________%</w:t>
            </w:r>
          </w:p>
        </w:tc>
        <w:tc>
          <w:tcPr>
            <w:tcW w:w="42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68678" w14:textId="77777777" w:rsidR="00CA474C" w:rsidRDefault="00000000">
            <w:pPr>
              <w:pStyle w:val="TableText"/>
            </w:pPr>
            <w:r>
              <w:rPr>
                <w:sz w:val="17"/>
              </w:rPr>
              <w:t>Prior year: ________%</w:t>
            </w:r>
          </w:p>
        </w:tc>
      </w:tr>
      <w:tr w:rsidR="00CA474C" w14:paraId="0E4983DF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0D63B" w14:textId="77777777" w:rsidR="00CA474C" w:rsidRDefault="00000000">
            <w:pPr>
              <w:pStyle w:val="TableText"/>
            </w:pPr>
            <w:r>
              <w:rPr>
                <w:sz w:val="17"/>
              </w:rPr>
              <w:t>Average gift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7756B" w14:textId="77777777" w:rsidR="00CA474C" w:rsidRDefault="00000000">
            <w:pPr>
              <w:pStyle w:val="TableText"/>
            </w:pPr>
            <w:r>
              <w:rPr>
                <w:sz w:val="17"/>
              </w:rPr>
              <w:t>$____________</w:t>
            </w:r>
          </w:p>
        </w:tc>
        <w:tc>
          <w:tcPr>
            <w:tcW w:w="42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0577F" w14:textId="77777777" w:rsidR="00CA474C" w:rsidRDefault="00000000">
            <w:pPr>
              <w:pStyle w:val="TableText"/>
            </w:pPr>
            <w:r>
              <w:rPr>
                <w:sz w:val="17"/>
              </w:rPr>
              <w:t>Prior year: $_______</w:t>
            </w:r>
          </w:p>
        </w:tc>
      </w:tr>
      <w:tr w:rsidR="00CA474C" w14:paraId="49A952BF" w14:textId="77777777">
        <w:trPr>
          <w:cantSplit/>
        </w:trPr>
        <w:tc>
          <w:tcPr>
            <w:tcW w:w="2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4C898" w14:textId="77777777" w:rsidR="00CA474C" w:rsidRDefault="00000000">
            <w:pPr>
              <w:pStyle w:val="TableText"/>
            </w:pPr>
            <w:r>
              <w:rPr>
                <w:sz w:val="17"/>
              </w:rPr>
              <w:t>New donors</w:t>
            </w:r>
          </w:p>
        </w:tc>
        <w:tc>
          <w:tcPr>
            <w:tcW w:w="2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04D1B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</w:t>
            </w:r>
          </w:p>
        </w:tc>
        <w:tc>
          <w:tcPr>
            <w:tcW w:w="42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ACF23" w14:textId="77777777" w:rsidR="00CA474C" w:rsidRDefault="00000000">
            <w:pPr>
              <w:pStyle w:val="TableText"/>
            </w:pPr>
            <w:r>
              <w:rPr>
                <w:sz w:val="17"/>
              </w:rPr>
              <w:t>90-day retention plan: Yes / No</w:t>
            </w:r>
          </w:p>
        </w:tc>
      </w:tr>
      <w:tr w:rsidR="00CA474C" w14:paraId="6953F2FE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84BEA" w14:textId="77777777" w:rsidR="00CA474C" w:rsidRDefault="00000000">
            <w:pPr>
              <w:pStyle w:val="TableText"/>
            </w:pPr>
            <w:r>
              <w:rPr>
                <w:sz w:val="17"/>
              </w:rPr>
              <w:t>Reactivated donors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54ABE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</w:t>
            </w:r>
          </w:p>
        </w:tc>
        <w:tc>
          <w:tcPr>
            <w:tcW w:w="42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122E2" w14:textId="77777777" w:rsidR="00CA474C" w:rsidRDefault="00000000">
            <w:pPr>
              <w:pStyle w:val="TableText"/>
            </w:pPr>
            <w:r>
              <w:rPr>
                <w:sz w:val="17"/>
              </w:rPr>
              <w:t>Personal follow-up: Yes / No</w:t>
            </w:r>
          </w:p>
        </w:tc>
      </w:tr>
      <w:tr w:rsidR="00CA474C" w14:paraId="0E53780F" w14:textId="77777777">
        <w:trPr>
          <w:cantSplit/>
        </w:trPr>
        <w:tc>
          <w:tcPr>
            <w:tcW w:w="2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DF1A2" w14:textId="77777777" w:rsidR="00CA474C" w:rsidRDefault="00000000">
            <w:pPr>
              <w:pStyle w:val="TableText"/>
            </w:pPr>
            <w:r>
              <w:rPr>
                <w:sz w:val="17"/>
              </w:rPr>
              <w:t>Monthly donors added/upgraded</w:t>
            </w:r>
          </w:p>
        </w:tc>
        <w:tc>
          <w:tcPr>
            <w:tcW w:w="25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BBB41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 / ________</w:t>
            </w:r>
          </w:p>
        </w:tc>
        <w:tc>
          <w:tcPr>
            <w:tcW w:w="42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B7990" w14:textId="77777777" w:rsidR="00CA474C" w:rsidRDefault="00000000">
            <w:pPr>
              <w:pStyle w:val="TableText"/>
            </w:pPr>
            <w:r>
              <w:rPr>
                <w:sz w:val="17"/>
              </w:rPr>
              <w:t>Annualized value: $_______</w:t>
            </w:r>
          </w:p>
        </w:tc>
      </w:tr>
    </w:tbl>
    <w:p w14:paraId="33319CC2" w14:textId="77777777" w:rsidR="00CA474C" w:rsidRDefault="00000000">
      <w:pPr>
        <w:pStyle w:val="Kicker"/>
        <w:pageBreakBefore/>
      </w:pPr>
      <w:r>
        <w:lastRenderedPageBreak/>
        <w:t>EXECUTIVE CLOSEOUT</w:t>
      </w:r>
    </w:p>
    <w:p w14:paraId="115798FE" w14:textId="77777777" w:rsidR="00CA474C" w:rsidRDefault="00000000">
      <w:pPr>
        <w:pStyle w:val="Heading1"/>
        <w:spacing w:before="0"/>
      </w:pPr>
      <w:r>
        <w:t>Campaign Debrief &amp; Next-Step Decisions</w:t>
      </w:r>
    </w:p>
    <w:p w14:paraId="68950BEE" w14:textId="77777777" w:rsidR="00CA474C" w:rsidRDefault="00000000">
      <w:pPr>
        <w:pStyle w:val="Small"/>
      </w:pPr>
      <w:r>
        <w:t>Complete this page with the campaign team and share the key conclusions with executive leadership and the board.</w:t>
      </w:r>
    </w:p>
    <w:p w14:paraId="38F7AA7D" w14:textId="77777777" w:rsidR="00CA474C" w:rsidRDefault="00CA474C">
      <w:pPr>
        <w:pBdr>
          <w:bottom w:val="single" w:sz="18" w:space="1" w:color="0A9B8E"/>
        </w:pBdr>
        <w:spacing w:before="40" w:after="160"/>
      </w:pP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6460"/>
      </w:tblGrid>
      <w:tr w:rsidR="00CA474C" w14:paraId="62F5CE26" w14:textId="77777777">
        <w:trPr>
          <w:cantSplit/>
          <w:tblHeader/>
        </w:trPr>
        <w:tc>
          <w:tcPr>
            <w:tcW w:w="290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44F03" w14:textId="77777777" w:rsidR="00CA474C" w:rsidRDefault="00000000">
            <w:pPr>
              <w:pStyle w:val="TableHeader"/>
            </w:pPr>
            <w:r>
              <w:t>Leadership question</w:t>
            </w:r>
          </w:p>
        </w:tc>
        <w:tc>
          <w:tcPr>
            <w:tcW w:w="6460" w:type="dxa"/>
            <w:shd w:val="clear" w:color="auto" w:fill="123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7D227" w14:textId="77777777" w:rsidR="00CA474C" w:rsidRDefault="00000000">
            <w:pPr>
              <w:pStyle w:val="TableHeader"/>
            </w:pPr>
            <w:r>
              <w:t>Decision / evidence</w:t>
            </w:r>
          </w:p>
        </w:tc>
      </w:tr>
      <w:tr w:rsidR="00CA474C" w14:paraId="5D12FB8B" w14:textId="77777777">
        <w:trPr>
          <w:cantSplit/>
        </w:trPr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2798D" w14:textId="77777777" w:rsidR="00CA474C" w:rsidRDefault="00000000">
            <w:pPr>
              <w:pStyle w:val="TableText"/>
            </w:pPr>
            <w:r>
              <w:rPr>
                <w:sz w:val="17"/>
              </w:rPr>
              <w:t>What worked best?</w:t>
            </w:r>
          </w:p>
        </w:tc>
        <w:tc>
          <w:tcPr>
            <w:tcW w:w="6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DBF5D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  <w:tr w:rsidR="00CA474C" w14:paraId="7A08E5E9" w14:textId="77777777">
        <w:trPr>
          <w:cantSplit/>
        </w:trPr>
        <w:tc>
          <w:tcPr>
            <w:tcW w:w="2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48FC81" w14:textId="77777777" w:rsidR="00CA474C" w:rsidRDefault="00000000">
            <w:pPr>
              <w:pStyle w:val="TableText"/>
            </w:pPr>
            <w:r>
              <w:rPr>
                <w:sz w:val="17"/>
              </w:rPr>
              <w:t>What underperformed?</w:t>
            </w:r>
          </w:p>
        </w:tc>
        <w:tc>
          <w:tcPr>
            <w:tcW w:w="6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BC81D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  <w:tr w:rsidR="00CA474C" w14:paraId="1BFCBEB4" w14:textId="77777777">
        <w:trPr>
          <w:cantSplit/>
        </w:trPr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912A1" w14:textId="77777777" w:rsidR="00CA474C" w:rsidRDefault="00000000">
            <w:pPr>
              <w:pStyle w:val="TableText"/>
            </w:pPr>
            <w:r>
              <w:rPr>
                <w:sz w:val="17"/>
              </w:rPr>
              <w:t>What did donors tell us?</w:t>
            </w:r>
          </w:p>
        </w:tc>
        <w:tc>
          <w:tcPr>
            <w:tcW w:w="6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C9569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  <w:tr w:rsidR="00CA474C" w14:paraId="4679F368" w14:textId="77777777">
        <w:trPr>
          <w:cantSplit/>
        </w:trPr>
        <w:tc>
          <w:tcPr>
            <w:tcW w:w="2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CC5E6" w14:textId="77777777" w:rsidR="00CA474C" w:rsidRDefault="00000000">
            <w:pPr>
              <w:pStyle w:val="TableText"/>
            </w:pPr>
            <w:r>
              <w:rPr>
                <w:sz w:val="17"/>
              </w:rPr>
              <w:t>What should we stop?</w:t>
            </w:r>
          </w:p>
        </w:tc>
        <w:tc>
          <w:tcPr>
            <w:tcW w:w="6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0DF79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  <w:tr w:rsidR="00CA474C" w14:paraId="2272F6C4" w14:textId="77777777">
        <w:trPr>
          <w:cantSplit/>
        </w:trPr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BBD70" w14:textId="77777777" w:rsidR="00CA474C" w:rsidRDefault="00000000">
            <w:pPr>
              <w:pStyle w:val="TableText"/>
            </w:pPr>
            <w:r>
              <w:rPr>
                <w:sz w:val="17"/>
              </w:rPr>
              <w:t>What should we repeat or expand?</w:t>
            </w:r>
          </w:p>
        </w:tc>
        <w:tc>
          <w:tcPr>
            <w:tcW w:w="6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F57AA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  <w:tr w:rsidR="00CA474C" w14:paraId="086C92B2" w14:textId="77777777">
        <w:trPr>
          <w:cantSplit/>
        </w:trPr>
        <w:tc>
          <w:tcPr>
            <w:tcW w:w="29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18729" w14:textId="77777777" w:rsidR="00CA474C" w:rsidRDefault="00000000">
            <w:pPr>
              <w:pStyle w:val="TableText"/>
            </w:pPr>
            <w:r>
              <w:rPr>
                <w:sz w:val="17"/>
              </w:rPr>
              <w:t>What must be fixed before the next campaign?</w:t>
            </w:r>
          </w:p>
        </w:tc>
        <w:tc>
          <w:tcPr>
            <w:tcW w:w="64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AEE16" w14:textId="77777777" w:rsidR="00CA474C" w:rsidRDefault="00000000">
            <w:pPr>
              <w:pStyle w:val="TableText"/>
            </w:pPr>
            <w:r>
              <w:rPr>
                <w:sz w:val="17"/>
              </w:rPr>
              <w:t>____________________________________________________________</w:t>
            </w:r>
            <w:r>
              <w:rPr>
                <w:sz w:val="17"/>
              </w:rPr>
              <w:br/>
              <w:t>____________________________________________________________</w:t>
            </w:r>
          </w:p>
        </w:tc>
      </w:tr>
    </w:tbl>
    <w:p w14:paraId="48445BD4" w14:textId="77777777" w:rsidR="00CA474C" w:rsidRDefault="00000000">
      <w:pPr>
        <w:pStyle w:val="Heading2"/>
      </w:pPr>
      <w:r>
        <w:t>90-Day Relationship Commitments</w:t>
      </w:r>
    </w:p>
    <w:tbl>
      <w:tblPr>
        <w:tblStyle w:val="TableGrid"/>
        <w:tblW w:w="9360" w:type="dxa"/>
        <w:tblInd w:w="100" w:type="dxa"/>
        <w:tblBorders>
          <w:top w:val="single" w:sz="4" w:space="0" w:color="D6DEE7"/>
          <w:left w:val="single" w:sz="4" w:space="0" w:color="D6DEE7"/>
          <w:bottom w:val="single" w:sz="4" w:space="0" w:color="D6DEE7"/>
          <w:right w:val="single" w:sz="4" w:space="0" w:color="D6DEE7"/>
          <w:insideH w:val="single" w:sz="4" w:space="0" w:color="D6DEE7"/>
          <w:insideV w:val="single" w:sz="4" w:space="0" w:color="D6DEE7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5560"/>
        <w:gridCol w:w="1600"/>
        <w:gridCol w:w="1600"/>
      </w:tblGrid>
      <w:tr w:rsidR="00CA474C" w14:paraId="4889F950" w14:textId="77777777">
        <w:trPr>
          <w:cantSplit/>
          <w:tblHeader/>
        </w:trPr>
        <w:tc>
          <w:tcPr>
            <w:tcW w:w="6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3B175" w14:textId="77777777" w:rsidR="00CA474C" w:rsidRDefault="00000000">
            <w:pPr>
              <w:pStyle w:val="TableHeader"/>
            </w:pPr>
            <w:r>
              <w:t>#</w:t>
            </w:r>
          </w:p>
        </w:tc>
        <w:tc>
          <w:tcPr>
            <w:tcW w:w="556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B7606" w14:textId="77777777" w:rsidR="00CA474C" w:rsidRDefault="00000000">
            <w:pPr>
              <w:pStyle w:val="TableHeader"/>
            </w:pPr>
            <w:r>
              <w:t>Commitment</w:t>
            </w:r>
          </w:p>
        </w:tc>
        <w:tc>
          <w:tcPr>
            <w:tcW w:w="16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B9793" w14:textId="77777777" w:rsidR="00CA474C" w:rsidRDefault="00000000">
            <w:pPr>
              <w:pStyle w:val="TableHeader"/>
              <w:jc w:val="center"/>
            </w:pPr>
            <w:r>
              <w:t>Owner</w:t>
            </w:r>
          </w:p>
        </w:tc>
        <w:tc>
          <w:tcPr>
            <w:tcW w:w="1600" w:type="dxa"/>
            <w:shd w:val="clear" w:color="auto" w:fill="0A9B8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2CE1C" w14:textId="77777777" w:rsidR="00CA474C" w:rsidRDefault="00000000">
            <w:pPr>
              <w:pStyle w:val="TableHeader"/>
              <w:jc w:val="center"/>
            </w:pPr>
            <w:r>
              <w:t>Due</w:t>
            </w:r>
          </w:p>
        </w:tc>
      </w:tr>
      <w:tr w:rsidR="00CA474C" w14:paraId="06103035" w14:textId="77777777">
        <w:trPr>
          <w:cantSplit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E56B0" w14:textId="77777777" w:rsidR="00CA474C" w:rsidRDefault="00000000">
            <w:pPr>
              <w:pStyle w:val="TableText"/>
            </w:pPr>
            <w:r>
              <w:rPr>
                <w:sz w:val="18"/>
              </w:rPr>
              <w:t>1</w:t>
            </w:r>
          </w:p>
        </w:tc>
        <w:tc>
          <w:tcPr>
            <w:tcW w:w="5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09BF8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C40A6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90C0D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</w:tr>
      <w:tr w:rsidR="00CA474C" w14:paraId="595AC225" w14:textId="77777777">
        <w:trPr>
          <w:cantSplit/>
        </w:trPr>
        <w:tc>
          <w:tcPr>
            <w:tcW w:w="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620DE" w14:textId="77777777" w:rsidR="00CA474C" w:rsidRDefault="00000000">
            <w:pPr>
              <w:pStyle w:val="TableText"/>
            </w:pPr>
            <w:r>
              <w:rPr>
                <w:sz w:val="18"/>
              </w:rPr>
              <w:t>2</w:t>
            </w:r>
          </w:p>
        </w:tc>
        <w:tc>
          <w:tcPr>
            <w:tcW w:w="5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7C6A9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CE4FD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97C1B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</w:tr>
      <w:tr w:rsidR="00CA474C" w14:paraId="2F60DC0B" w14:textId="77777777">
        <w:trPr>
          <w:cantSplit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6DC79" w14:textId="77777777" w:rsidR="00CA474C" w:rsidRDefault="00000000">
            <w:pPr>
              <w:pStyle w:val="TableText"/>
            </w:pPr>
            <w:r>
              <w:rPr>
                <w:sz w:val="18"/>
              </w:rPr>
              <w:t>3</w:t>
            </w:r>
          </w:p>
        </w:tc>
        <w:tc>
          <w:tcPr>
            <w:tcW w:w="5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4D3A5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81193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6E375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</w:tr>
      <w:tr w:rsidR="00CA474C" w14:paraId="19D3341C" w14:textId="77777777">
        <w:trPr>
          <w:cantSplit/>
        </w:trPr>
        <w:tc>
          <w:tcPr>
            <w:tcW w:w="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651FC" w14:textId="77777777" w:rsidR="00CA474C" w:rsidRDefault="00000000">
            <w:pPr>
              <w:pStyle w:val="TableText"/>
            </w:pPr>
            <w:r>
              <w:rPr>
                <w:sz w:val="18"/>
              </w:rPr>
              <w:t>4</w:t>
            </w:r>
          </w:p>
        </w:tc>
        <w:tc>
          <w:tcPr>
            <w:tcW w:w="556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E40F07" w14:textId="77777777" w:rsidR="00CA474C" w:rsidRDefault="00000000">
            <w:pPr>
              <w:pStyle w:val="TableText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1819F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1600" w:type="dxa"/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670D3" w14:textId="77777777" w:rsidR="00CA474C" w:rsidRDefault="00000000">
            <w:pPr>
              <w:pStyle w:val="TableText"/>
              <w:jc w:val="center"/>
            </w:pPr>
            <w:r>
              <w:rPr>
                <w:sz w:val="18"/>
              </w:rPr>
              <w:t>________</w:t>
            </w:r>
          </w:p>
        </w:tc>
      </w:tr>
    </w:tbl>
    <w:tbl>
      <w:tblPr>
        <w:tblW w:w="9360" w:type="dxa"/>
        <w:tblInd w:w="100" w:type="dxa"/>
        <w:tblBorders>
          <w:top w:val="single" w:sz="8" w:space="0" w:color="0A9B8E"/>
          <w:left w:val="single" w:sz="8" w:space="0" w:color="0A9B8E"/>
          <w:bottom w:val="single" w:sz="8" w:space="0" w:color="0A9B8E"/>
          <w:right w:val="single" w:sz="8" w:space="0" w:color="0A9B8E"/>
          <w:insideH w:val="single" w:sz="8" w:space="0" w:color="0A9B8E"/>
          <w:insideV w:val="single" w:sz="8" w:space="0" w:color="0A9B8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A474C" w14:paraId="72287ADB" w14:textId="77777777">
        <w:trPr>
          <w:cantSplit/>
        </w:trPr>
        <w:tc>
          <w:tcPr>
            <w:tcW w:w="9360" w:type="dxa"/>
            <w:shd w:val="clear" w:color="auto" w:fill="EAF1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682C766" w14:textId="77777777" w:rsidR="00CA474C" w:rsidRDefault="00000000">
            <w:pPr>
              <w:pStyle w:val="Callout"/>
            </w:pPr>
            <w:r>
              <w:t xml:space="preserve">Keep the conversation going  </w:t>
            </w:r>
            <w:r>
              <w:rPr>
                <w:b w:val="0"/>
                <w:color w:val="263543"/>
                <w:sz w:val="20"/>
              </w:rPr>
              <w:t>If your goal is improving donor retention, preparing for Giving Tuesday, or building momentum before year-end, Donor Outreach by JMA can help turn conversations into lasting commitments.</w:t>
            </w:r>
          </w:p>
        </w:tc>
      </w:tr>
    </w:tbl>
    <w:p w14:paraId="15FE057E" w14:textId="77777777" w:rsidR="00CA474C" w:rsidRDefault="00000000">
      <w:pPr>
        <w:pStyle w:val="Kicker"/>
        <w:jc w:val="center"/>
      </w:pPr>
      <w:r>
        <w:t>DONOR OUTREACH BY JMA</w:t>
      </w:r>
    </w:p>
    <w:p w14:paraId="4D2575D5" w14:textId="77777777" w:rsidR="00CA474C" w:rsidRDefault="00000000">
      <w:pPr>
        <w:pStyle w:val="Small"/>
        <w:jc w:val="center"/>
      </w:pPr>
      <w:r>
        <w:t>Telephone fundraising • Stewardship calling • LYBUNT/SYBUNT reactivation • Major donor qualification • Data enhancement • Campaign strategy</w:t>
      </w:r>
    </w:p>
    <w:p w14:paraId="31265C06" w14:textId="77777777" w:rsidR="00CA474C" w:rsidRDefault="00000000">
      <w:pPr>
        <w:jc w:val="center"/>
      </w:pPr>
      <w:r>
        <w:rPr>
          <w:b/>
          <w:color w:val="123E78"/>
        </w:rPr>
        <w:t>720 3 Mile Rd NW, Ste 2, Grand Rapids, MI 49544  |  (616) 453-8711</w:t>
      </w:r>
    </w:p>
    <w:sectPr w:rsidR="00CA474C" w:rsidSect="00034616">
      <w:headerReference w:type="default" r:id="rId9"/>
      <w:footerReference w:type="default" r:id="rId10"/>
      <w:pgSz w:w="12240" w:h="15840"/>
      <w:pgMar w:top="1440" w:right="1440" w:bottom="1224" w:left="144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07E7" w14:textId="77777777" w:rsidR="001B4890" w:rsidRDefault="001B4890">
      <w:pPr>
        <w:spacing w:after="0" w:line="240" w:lineRule="auto"/>
      </w:pPr>
      <w:r>
        <w:separator/>
      </w:r>
    </w:p>
  </w:endnote>
  <w:endnote w:type="continuationSeparator" w:id="0">
    <w:p w14:paraId="513F9BF7" w14:textId="77777777" w:rsidR="001B4890" w:rsidRDefault="001B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7C98" w14:textId="77777777" w:rsidR="00CA474C" w:rsidRDefault="00000000">
    <w:pPr>
      <w:pStyle w:val="Footer"/>
      <w:jc w:val="center"/>
    </w:pPr>
    <w:r>
      <w:rPr>
        <w:color w:val="66727E"/>
        <w:sz w:val="16"/>
      </w:rPr>
      <w:t xml:space="preserve">Year-End Fundraising Planning Calendar 2026   •   </w:t>
    </w:r>
    <w:r>
      <w:fldChar w:fldCharType="begin"/>
    </w:r>
    <w:r>
      <w:instrText xml:space="preserve"> PAGE </w:instrText>
    </w:r>
    <w:r w:rsidR="00E717F8">
      <w:fldChar w:fldCharType="separate"/>
    </w:r>
    <w:r w:rsidR="00E717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1FF54" w14:textId="77777777" w:rsidR="001B4890" w:rsidRDefault="001B4890">
      <w:pPr>
        <w:spacing w:after="0" w:line="240" w:lineRule="auto"/>
      </w:pPr>
      <w:r>
        <w:separator/>
      </w:r>
    </w:p>
  </w:footnote>
  <w:footnote w:type="continuationSeparator" w:id="0">
    <w:p w14:paraId="331990AB" w14:textId="77777777" w:rsidR="001B4890" w:rsidRDefault="001B4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492D" w14:textId="77777777" w:rsidR="00CA474C" w:rsidRDefault="00000000">
    <w:pPr>
      <w:pStyle w:val="Small"/>
      <w:jc w:val="right"/>
    </w:pPr>
    <w:r>
      <w:t xml:space="preserve">DONOR OUTREACH </w:t>
    </w:r>
    <w:proofErr w:type="gramStart"/>
    <w:r>
      <w:t>INSIGHTS  |</w:t>
    </w:r>
    <w:proofErr w:type="gramEnd"/>
    <w:r>
      <w:t xml:space="preserve">  EXECUTIVE RESOURCE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022985">
    <w:abstractNumId w:val="8"/>
  </w:num>
  <w:num w:numId="2" w16cid:durableId="847448508">
    <w:abstractNumId w:val="6"/>
  </w:num>
  <w:num w:numId="3" w16cid:durableId="575021146">
    <w:abstractNumId w:val="5"/>
  </w:num>
  <w:num w:numId="4" w16cid:durableId="1981494940">
    <w:abstractNumId w:val="4"/>
  </w:num>
  <w:num w:numId="5" w16cid:durableId="1642268120">
    <w:abstractNumId w:val="7"/>
  </w:num>
  <w:num w:numId="6" w16cid:durableId="2115250759">
    <w:abstractNumId w:val="3"/>
  </w:num>
  <w:num w:numId="7" w16cid:durableId="520894920">
    <w:abstractNumId w:val="2"/>
  </w:num>
  <w:num w:numId="8" w16cid:durableId="1794060641">
    <w:abstractNumId w:val="1"/>
  </w:num>
  <w:num w:numId="9" w16cid:durableId="78993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D24"/>
    <w:rsid w:val="0015074B"/>
    <w:rsid w:val="001B4890"/>
    <w:rsid w:val="0029639D"/>
    <w:rsid w:val="00326F90"/>
    <w:rsid w:val="00AA1D8D"/>
    <w:rsid w:val="00B47730"/>
    <w:rsid w:val="00CA474C"/>
    <w:rsid w:val="00CB0664"/>
    <w:rsid w:val="00E717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3711E"/>
  <w14:defaultImageDpi w14:val="300"/>
  <w15:docId w15:val="{EFF51A3C-35AB-4A31-A550-8E71C9A6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6354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/>
      <w:b/>
      <w:bCs/>
      <w:color w:val="123E7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A9B8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23E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23E78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0A9B8E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ptos" w:hAnsi="Aptos"/>
      <w:b/>
      <w:color w:val="0A9B8E"/>
      <w:sz w:val="18"/>
    </w:rPr>
  </w:style>
  <w:style w:type="paragraph" w:customStyle="1" w:styleId="Small">
    <w:name w:val="Small"/>
    <w:pPr>
      <w:spacing w:after="60"/>
    </w:pPr>
    <w:rPr>
      <w:rFonts w:ascii="Aptos" w:hAnsi="Aptos"/>
      <w:color w:val="66727E"/>
      <w:sz w:val="17"/>
    </w:rPr>
  </w:style>
  <w:style w:type="paragraph" w:customStyle="1" w:styleId="TableText">
    <w:name w:val="Table Text"/>
    <w:pPr>
      <w:spacing w:after="0" w:line="252" w:lineRule="auto"/>
    </w:pPr>
    <w:rPr>
      <w:rFonts w:ascii="Aptos" w:hAnsi="Aptos"/>
      <w:color w:val="263543"/>
      <w:sz w:val="16"/>
    </w:rPr>
  </w:style>
  <w:style w:type="paragraph" w:customStyle="1" w:styleId="TableHeader">
    <w:name w:val="Table Header"/>
    <w:pPr>
      <w:spacing w:after="0"/>
    </w:pPr>
    <w:rPr>
      <w:rFonts w:ascii="Aptos" w:hAnsi="Aptos"/>
      <w:b/>
      <w:color w:val="FFFFFF"/>
      <w:sz w:val="16"/>
    </w:rPr>
  </w:style>
  <w:style w:type="paragraph" w:customStyle="1" w:styleId="Callout">
    <w:name w:val="Callout"/>
    <w:pPr>
      <w:spacing w:after="0"/>
    </w:pPr>
    <w:rPr>
      <w:rFonts w:ascii="Aptos" w:hAnsi="Aptos"/>
      <w:b/>
      <w:color w:val="123E7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2445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Year-End Fundraising Planning Calendar - 2026</dc:title>
  <dc:subject>Executive planning resource for nonprofit year-end fundraising</dc:subject>
  <dc:creator>Donor Outreach by JMA</dc:creator>
  <cp:keywords>fundraising, year-end, Giving Tuesday, stewardship, nonprofit</cp:keywords>
  <dc:description>generated by python-docx</dc:description>
  <cp:lastModifiedBy>Greg Winer</cp:lastModifiedBy>
  <cp:revision>2</cp:revision>
  <cp:lastPrinted>2026-09-03T12:52:00Z</cp:lastPrinted>
  <dcterms:created xsi:type="dcterms:W3CDTF">2026-09-03T12:53:00Z</dcterms:created>
  <dcterms:modified xsi:type="dcterms:W3CDTF">2026-09-03T12:53:00Z</dcterms:modified>
  <cp:category/>
</cp:coreProperties>
</file>